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AE61D4B" w14:textId="77777777" w:rsidR="008E7C1C" w:rsidRDefault="008E7C1C" w:rsidP="005F043D">
      <w:pPr>
        <w:spacing w:after="0" w:line="240" w:lineRule="auto"/>
        <w:ind w:firstLine="720"/>
        <w:jc w:val="center"/>
        <w:rPr>
          <w:rFonts w:ascii="Times New Roman" w:hAnsi="Times New Roman" w:cs="Times New Roman"/>
          <w:b/>
          <w:sz w:val="24"/>
          <w:szCs w:val="24"/>
          <w:lang w:val="ru-RU"/>
        </w:rPr>
      </w:pPr>
      <w:r w:rsidRPr="008E7C1C">
        <w:rPr>
          <w:rFonts w:ascii="Times New Roman" w:hAnsi="Times New Roman" w:cs="Times New Roman"/>
          <w:b/>
          <w:sz w:val="24"/>
          <w:szCs w:val="24"/>
          <w:lang w:val="ru-RU"/>
        </w:rPr>
        <w:t>ДОГОВОР</w:t>
      </w:r>
    </w:p>
    <w:p w14:paraId="07A5164A" w14:textId="39C73918" w:rsidR="00C565BC" w:rsidRPr="008E7C1C" w:rsidRDefault="008E7C1C" w:rsidP="005F043D">
      <w:pPr>
        <w:spacing w:after="0" w:line="240" w:lineRule="auto"/>
        <w:ind w:firstLine="720"/>
        <w:jc w:val="center"/>
        <w:rPr>
          <w:rFonts w:ascii="Times New Roman" w:hAnsi="Times New Roman" w:cs="Times New Roman"/>
          <w:b/>
          <w:sz w:val="24"/>
          <w:szCs w:val="24"/>
          <w:lang w:val="ru-RU"/>
        </w:rPr>
      </w:pPr>
      <w:r w:rsidRPr="008E7C1C">
        <w:rPr>
          <w:rFonts w:ascii="Times New Roman" w:hAnsi="Times New Roman" w:cs="Times New Roman"/>
          <w:b/>
          <w:sz w:val="24"/>
          <w:szCs w:val="24"/>
          <w:lang w:val="ru-RU"/>
        </w:rPr>
        <w:t xml:space="preserve"> НА СОПРОВОЖДЕНИЕ ПРОГРАММНЫХ ПРОДУКТОВ 1С №</w:t>
      </w:r>
    </w:p>
    <w:p w14:paraId="4CEF1A6E" w14:textId="77777777" w:rsidR="005F043D" w:rsidRPr="008E7C1C" w:rsidRDefault="005F043D" w:rsidP="005F043D">
      <w:pPr>
        <w:spacing w:after="0" w:line="240" w:lineRule="auto"/>
        <w:ind w:firstLine="720"/>
        <w:jc w:val="center"/>
        <w:rPr>
          <w:rFonts w:ascii="Times New Roman" w:hAnsi="Times New Roman" w:cs="Times New Roman"/>
          <w:b/>
          <w:sz w:val="24"/>
          <w:szCs w:val="24"/>
          <w:lang w:val="ru-RU"/>
        </w:rPr>
      </w:pPr>
    </w:p>
    <w:p w14:paraId="6354BE9E" w14:textId="0BD5C3E8" w:rsidR="00C565BC" w:rsidRPr="008E7C1C" w:rsidRDefault="008E7C1C" w:rsidP="005F043D">
      <w:pPr>
        <w:spacing w:after="0" w:line="240" w:lineRule="auto"/>
        <w:jc w:val="both"/>
        <w:rPr>
          <w:rFonts w:ascii="Times New Roman" w:hAnsi="Times New Roman" w:cs="Times New Roman"/>
          <w:sz w:val="24"/>
          <w:szCs w:val="24"/>
          <w:lang w:val="ru-RU"/>
        </w:rPr>
      </w:pPr>
      <w:r w:rsidRPr="008E7C1C">
        <w:rPr>
          <w:rFonts w:ascii="Times New Roman" w:hAnsi="Times New Roman" w:cs="Times New Roman"/>
          <w:sz w:val="24"/>
          <w:szCs w:val="24"/>
          <w:lang w:val="ru-RU"/>
        </w:rPr>
        <w:t>г. Салехард</w:t>
      </w:r>
      <w:r w:rsidRPr="008E7C1C">
        <w:rPr>
          <w:rFonts w:ascii="Times New Roman" w:hAnsi="Times New Roman" w:cs="Times New Roman"/>
          <w:sz w:val="24"/>
          <w:szCs w:val="24"/>
          <w:lang w:val="ru-RU"/>
        </w:rPr>
        <w:tab/>
      </w:r>
      <w:r w:rsidRPr="008E7C1C">
        <w:rPr>
          <w:rFonts w:ascii="Times New Roman" w:hAnsi="Times New Roman" w:cs="Times New Roman"/>
          <w:sz w:val="24"/>
          <w:szCs w:val="24"/>
          <w:lang w:val="ru-RU"/>
        </w:rPr>
        <w:tab/>
      </w:r>
      <w:r w:rsidRPr="008E7C1C">
        <w:rPr>
          <w:rFonts w:ascii="Times New Roman" w:hAnsi="Times New Roman" w:cs="Times New Roman"/>
          <w:sz w:val="24"/>
          <w:szCs w:val="24"/>
          <w:lang w:val="ru-RU"/>
        </w:rPr>
        <w:tab/>
      </w:r>
      <w:r w:rsidRPr="008E7C1C">
        <w:rPr>
          <w:rFonts w:ascii="Times New Roman" w:hAnsi="Times New Roman" w:cs="Times New Roman"/>
          <w:sz w:val="24"/>
          <w:szCs w:val="24"/>
          <w:lang w:val="ru-RU"/>
        </w:rPr>
        <w:tab/>
      </w:r>
      <w:r w:rsidRPr="008E7C1C">
        <w:rPr>
          <w:rFonts w:ascii="Times New Roman" w:hAnsi="Times New Roman" w:cs="Times New Roman"/>
          <w:sz w:val="24"/>
          <w:szCs w:val="24"/>
          <w:lang w:val="ru-RU"/>
        </w:rPr>
        <w:tab/>
      </w:r>
      <w:r w:rsidRPr="008E7C1C">
        <w:rPr>
          <w:rFonts w:ascii="Times New Roman" w:hAnsi="Times New Roman" w:cs="Times New Roman"/>
          <w:sz w:val="24"/>
          <w:szCs w:val="24"/>
          <w:lang w:val="ru-RU"/>
        </w:rPr>
        <w:tab/>
      </w:r>
      <w:r w:rsidR="005F043D" w:rsidRPr="008E7C1C">
        <w:rPr>
          <w:rFonts w:ascii="Times New Roman" w:hAnsi="Times New Roman" w:cs="Times New Roman"/>
          <w:sz w:val="24"/>
          <w:szCs w:val="24"/>
          <w:lang w:val="ru-RU"/>
        </w:rPr>
        <w:t xml:space="preserve">                                                   </w:t>
      </w:r>
      <w:proofErr w:type="gramStart"/>
      <w:r w:rsidR="005F043D" w:rsidRPr="008E7C1C">
        <w:rPr>
          <w:rFonts w:ascii="Times New Roman" w:hAnsi="Times New Roman" w:cs="Times New Roman"/>
          <w:sz w:val="24"/>
          <w:szCs w:val="24"/>
          <w:lang w:val="ru-RU"/>
        </w:rPr>
        <w:t xml:space="preserve">   «</w:t>
      </w:r>
      <w:proofErr w:type="gramEnd"/>
      <w:r w:rsidR="005F043D" w:rsidRPr="008E7C1C">
        <w:rPr>
          <w:rFonts w:ascii="Times New Roman" w:hAnsi="Times New Roman" w:cs="Times New Roman"/>
          <w:sz w:val="24"/>
          <w:szCs w:val="24"/>
          <w:lang w:val="ru-RU"/>
        </w:rPr>
        <w:t>___» ____________ 2026</w:t>
      </w:r>
    </w:p>
    <w:p w14:paraId="22C95BDF" w14:textId="77777777" w:rsidR="005F043D" w:rsidRPr="008E7C1C" w:rsidRDefault="005F043D" w:rsidP="005F043D">
      <w:pPr>
        <w:spacing w:after="0" w:line="240" w:lineRule="auto"/>
        <w:jc w:val="both"/>
        <w:rPr>
          <w:rFonts w:ascii="Times New Roman" w:hAnsi="Times New Roman" w:cs="Times New Roman"/>
          <w:sz w:val="24"/>
          <w:szCs w:val="24"/>
          <w:lang w:val="ru-RU"/>
        </w:rPr>
      </w:pPr>
    </w:p>
    <w:p w14:paraId="176F8707" w14:textId="77777777" w:rsidR="005F043D" w:rsidRPr="008E7C1C" w:rsidRDefault="005F043D" w:rsidP="005F043D">
      <w:pPr>
        <w:spacing w:after="0" w:line="240" w:lineRule="auto"/>
        <w:ind w:firstLine="720"/>
        <w:jc w:val="both"/>
        <w:rPr>
          <w:rFonts w:ascii="Times New Roman" w:hAnsi="Times New Roman" w:cs="Times New Roman"/>
          <w:sz w:val="24"/>
          <w:szCs w:val="24"/>
          <w:lang w:val="ru-RU"/>
        </w:rPr>
      </w:pPr>
      <w:r w:rsidRPr="008E7C1C">
        <w:rPr>
          <w:rFonts w:ascii="Times New Roman" w:hAnsi="Times New Roman" w:cs="Times New Roman"/>
          <w:sz w:val="24"/>
          <w:szCs w:val="24"/>
          <w:lang w:val="ru-RU"/>
        </w:rPr>
        <w:t xml:space="preserve">Акционерное общество «Аэропорты Ямала», именуемое в дальнейшем «Заказчик», в лице </w:t>
      </w:r>
      <w:r w:rsidRPr="008E7C1C">
        <w:rPr>
          <w:rFonts w:ascii="Times New Roman" w:eastAsia="Liberation Sans" w:hAnsi="Times New Roman" w:cs="Times New Roman"/>
          <w:sz w:val="24"/>
          <w:szCs w:val="24"/>
          <w:lang w:val="ru-RU"/>
        </w:rPr>
        <w:t>Врио генерального директора Шабашова Алексея Петровича, действующего на основании Устава</w:t>
      </w:r>
      <w:r w:rsidRPr="008E7C1C">
        <w:rPr>
          <w:rFonts w:ascii="Times New Roman" w:hAnsi="Times New Roman" w:cs="Times New Roman"/>
          <w:sz w:val="24"/>
          <w:szCs w:val="24"/>
          <w:lang w:val="ru-RU"/>
        </w:rPr>
        <w:t>, с одной стороны, и</w:t>
      </w:r>
    </w:p>
    <w:p w14:paraId="2C9BD19D" w14:textId="77E86E07" w:rsidR="005F043D" w:rsidRPr="008E7C1C" w:rsidRDefault="005F043D" w:rsidP="005F043D">
      <w:pPr>
        <w:spacing w:after="0" w:line="240" w:lineRule="auto"/>
        <w:ind w:firstLine="720"/>
        <w:jc w:val="both"/>
        <w:rPr>
          <w:rFonts w:ascii="Times New Roman" w:hAnsi="Times New Roman" w:cs="Times New Roman"/>
          <w:sz w:val="24"/>
          <w:szCs w:val="24"/>
          <w:lang w:val="ru-RU"/>
        </w:rPr>
      </w:pPr>
      <w:r w:rsidRPr="008E7C1C">
        <w:rPr>
          <w:rFonts w:ascii="Times New Roman" w:hAnsi="Times New Roman" w:cs="Times New Roman"/>
          <w:bCs/>
          <w:sz w:val="24"/>
          <w:szCs w:val="24"/>
          <w:lang w:val="ru-RU"/>
        </w:rPr>
        <w:t>________________________________,</w:t>
      </w:r>
      <w:r w:rsidRPr="008E7C1C">
        <w:rPr>
          <w:rFonts w:ascii="Times New Roman" w:hAnsi="Times New Roman" w:cs="Times New Roman"/>
          <w:sz w:val="24"/>
          <w:szCs w:val="24"/>
          <w:lang w:val="ru-RU"/>
        </w:rPr>
        <w:t xml:space="preserve"> именуемое в дальнейшем </w:t>
      </w:r>
      <w:r w:rsidRPr="008E7C1C">
        <w:rPr>
          <w:rFonts w:ascii="Times New Roman" w:hAnsi="Times New Roman" w:cs="Times New Roman"/>
          <w:bCs/>
          <w:sz w:val="24"/>
          <w:szCs w:val="24"/>
          <w:lang w:val="ru-RU"/>
        </w:rPr>
        <w:t>«Исполнитель»</w:t>
      </w:r>
      <w:r w:rsidRPr="008E7C1C">
        <w:rPr>
          <w:rFonts w:ascii="Times New Roman" w:hAnsi="Times New Roman" w:cs="Times New Roman"/>
          <w:sz w:val="24"/>
          <w:szCs w:val="24"/>
          <w:lang w:val="ru-RU"/>
        </w:rPr>
        <w:t>, в лице ______</w:t>
      </w:r>
      <w:r w:rsidR="008E7C1C">
        <w:rPr>
          <w:rFonts w:ascii="Times New Roman" w:hAnsi="Times New Roman" w:cs="Times New Roman"/>
          <w:sz w:val="24"/>
          <w:szCs w:val="24"/>
          <w:lang w:val="ru-RU"/>
        </w:rPr>
        <w:t>______________________________</w:t>
      </w:r>
      <w:r w:rsidRPr="008E7C1C">
        <w:rPr>
          <w:rFonts w:ascii="Times New Roman" w:hAnsi="Times New Roman" w:cs="Times New Roman"/>
          <w:sz w:val="24"/>
          <w:szCs w:val="24"/>
          <w:lang w:val="ru-RU"/>
        </w:rPr>
        <w:t>_, действующего на основании ___________________, с другой стороны, на основании ст. 3.6 Федерального закона «О закупках товаров, работ, услуг отдельными видами юридических лиц» от 18.07.2011 № 223-ФЗ и Положения о закупках товаров, работ, услуг для нужд АО «Аэропорты Ямала», по итогам проведенной закупки способом «Электронный магазин» протокол от «      » ________ 2026 г. №__________________  заключили настоящий Договор о нижеследующем:</w:t>
      </w:r>
    </w:p>
    <w:p w14:paraId="33E90010" w14:textId="77777777" w:rsidR="005F043D" w:rsidRPr="008E7C1C" w:rsidRDefault="005F043D" w:rsidP="005F043D">
      <w:pPr>
        <w:spacing w:after="0" w:line="240" w:lineRule="auto"/>
        <w:ind w:firstLine="720"/>
        <w:jc w:val="both"/>
        <w:rPr>
          <w:rFonts w:ascii="Times New Roman" w:hAnsi="Times New Roman" w:cs="Times New Roman"/>
          <w:sz w:val="24"/>
          <w:szCs w:val="24"/>
          <w:lang w:val="ru-RU"/>
        </w:rPr>
      </w:pPr>
    </w:p>
    <w:p w14:paraId="34340353" w14:textId="77777777" w:rsidR="00C565BC" w:rsidRPr="008E7C1C" w:rsidRDefault="008E7C1C" w:rsidP="005F043D">
      <w:pPr>
        <w:spacing w:after="0" w:line="240" w:lineRule="auto"/>
        <w:ind w:firstLine="720"/>
        <w:jc w:val="center"/>
        <w:rPr>
          <w:rFonts w:ascii="Times New Roman" w:hAnsi="Times New Roman" w:cs="Times New Roman"/>
          <w:sz w:val="24"/>
          <w:szCs w:val="24"/>
          <w:lang w:val="ru-RU"/>
        </w:rPr>
      </w:pPr>
      <w:r w:rsidRPr="008E7C1C">
        <w:rPr>
          <w:rFonts w:ascii="Times New Roman" w:hAnsi="Times New Roman" w:cs="Times New Roman"/>
          <w:b/>
          <w:sz w:val="24"/>
          <w:szCs w:val="24"/>
          <w:lang w:val="ru-RU"/>
        </w:rPr>
        <w:t>1. ТЕРМИНЫ И ОПРЕДЕЛЕНИЯ</w:t>
      </w:r>
    </w:p>
    <w:p w14:paraId="4A704B09" w14:textId="77777777" w:rsidR="00C565BC" w:rsidRPr="008E7C1C" w:rsidRDefault="008E7C1C" w:rsidP="005F043D">
      <w:pPr>
        <w:spacing w:after="0" w:line="240" w:lineRule="auto"/>
        <w:ind w:firstLine="720"/>
        <w:jc w:val="both"/>
        <w:rPr>
          <w:rFonts w:ascii="Times New Roman" w:hAnsi="Times New Roman" w:cs="Times New Roman"/>
          <w:sz w:val="24"/>
          <w:szCs w:val="24"/>
          <w:lang w:val="ru-RU"/>
        </w:rPr>
      </w:pPr>
      <w:r w:rsidRPr="008E7C1C">
        <w:rPr>
          <w:rFonts w:ascii="Times New Roman" w:hAnsi="Times New Roman" w:cs="Times New Roman"/>
          <w:sz w:val="24"/>
          <w:szCs w:val="24"/>
          <w:lang w:val="ru-RU"/>
        </w:rPr>
        <w:t>1.1. Программный продукт - программы ЭВМ и/или база данных как по отдельности, так и как совместно работающий комплекс, принадлежащий Заказчику на законных основаниях.</w:t>
      </w:r>
    </w:p>
    <w:p w14:paraId="50FB87D6" w14:textId="77777777" w:rsidR="00C565BC" w:rsidRPr="008E7C1C" w:rsidRDefault="008E7C1C" w:rsidP="005F043D">
      <w:pPr>
        <w:spacing w:after="0" w:line="240" w:lineRule="auto"/>
        <w:ind w:firstLine="720"/>
        <w:jc w:val="both"/>
        <w:rPr>
          <w:rFonts w:ascii="Times New Roman" w:hAnsi="Times New Roman" w:cs="Times New Roman"/>
          <w:sz w:val="24"/>
          <w:szCs w:val="24"/>
          <w:lang w:val="ru-RU"/>
        </w:rPr>
      </w:pPr>
      <w:r w:rsidRPr="008E7C1C">
        <w:rPr>
          <w:rFonts w:ascii="Times New Roman" w:hAnsi="Times New Roman" w:cs="Times New Roman"/>
          <w:sz w:val="24"/>
          <w:szCs w:val="24"/>
          <w:lang w:val="ru-RU"/>
        </w:rPr>
        <w:t>1.2. Сопровождение программного продукта - это обслуживание программного продукта, которое может включать в себя такие виды работ/услуг, как: адаптация программного продукта и поддержка пользователей.</w:t>
      </w:r>
    </w:p>
    <w:p w14:paraId="5C970856" w14:textId="74DE6F96" w:rsidR="00C565BC" w:rsidRPr="008E7C1C" w:rsidRDefault="008E7C1C" w:rsidP="005F043D">
      <w:pPr>
        <w:spacing w:after="0" w:line="240" w:lineRule="auto"/>
        <w:ind w:firstLine="720"/>
        <w:jc w:val="both"/>
        <w:rPr>
          <w:rFonts w:ascii="Times New Roman" w:hAnsi="Times New Roman" w:cs="Times New Roman"/>
          <w:sz w:val="24"/>
          <w:szCs w:val="24"/>
          <w:lang w:val="ru-RU"/>
        </w:rPr>
      </w:pPr>
      <w:r w:rsidRPr="008E7C1C">
        <w:rPr>
          <w:rFonts w:ascii="Times New Roman" w:hAnsi="Times New Roman" w:cs="Times New Roman"/>
          <w:sz w:val="24"/>
          <w:szCs w:val="24"/>
          <w:lang w:val="ru-RU"/>
        </w:rPr>
        <w:t>1.3. Адаптация программного продукта — внесение изменений, осуществляемых исключительно в целях функционирования программы для ЭВМ или базы данных на конкретных технических средствах Заказчика или под управлением конкретных программ Заказчика, как требующее проведения работ по программированию дополнительных функций, не настраиваемых в исходной конфигурации, и/или изменения исходного кода программы (разработка, доработка), так и не требующее (настройка, конфигурирование, обновление типовой платформы и/или конфигурации программного продукта).</w:t>
      </w:r>
    </w:p>
    <w:p w14:paraId="2927C527" w14:textId="77777777" w:rsidR="00C565BC" w:rsidRPr="008E7C1C" w:rsidRDefault="008E7C1C" w:rsidP="005F043D">
      <w:pPr>
        <w:spacing w:after="0" w:line="240" w:lineRule="auto"/>
        <w:ind w:firstLine="720"/>
        <w:jc w:val="both"/>
        <w:rPr>
          <w:rFonts w:ascii="Times New Roman" w:hAnsi="Times New Roman" w:cs="Times New Roman"/>
          <w:sz w:val="24"/>
          <w:szCs w:val="24"/>
          <w:lang w:val="ru-RU"/>
        </w:rPr>
      </w:pPr>
      <w:r w:rsidRPr="008E7C1C">
        <w:rPr>
          <w:rFonts w:ascii="Times New Roman" w:hAnsi="Times New Roman" w:cs="Times New Roman"/>
          <w:sz w:val="24"/>
          <w:szCs w:val="24"/>
          <w:lang w:val="ru-RU"/>
        </w:rPr>
        <w:t>1.4. Конфигурирование (или настройка) программного продукта - вид адаптации, когда программный продукт настраивается под нужды Заказчика через стандартные интерфейсы (типовой функционал программного продукта) без программирования дополнительных функций и/или без изменения исходного кода программы.</w:t>
      </w:r>
    </w:p>
    <w:p w14:paraId="75C330F2" w14:textId="77777777" w:rsidR="00C565BC" w:rsidRPr="008E7C1C" w:rsidRDefault="008E7C1C" w:rsidP="005F043D">
      <w:pPr>
        <w:spacing w:after="0" w:line="240" w:lineRule="auto"/>
        <w:ind w:firstLine="720"/>
        <w:jc w:val="both"/>
        <w:rPr>
          <w:rFonts w:ascii="Times New Roman" w:hAnsi="Times New Roman" w:cs="Times New Roman"/>
          <w:sz w:val="24"/>
          <w:szCs w:val="24"/>
          <w:lang w:val="ru-RU"/>
        </w:rPr>
      </w:pPr>
      <w:r w:rsidRPr="008E7C1C">
        <w:rPr>
          <w:rFonts w:ascii="Times New Roman" w:hAnsi="Times New Roman" w:cs="Times New Roman"/>
          <w:sz w:val="24"/>
          <w:szCs w:val="24"/>
          <w:lang w:val="ru-RU"/>
        </w:rPr>
        <w:t>1.5. Поддержка пользователей программного продукта - включает в себя консультации пользователей по вопросам использования функционала программного продукта (ответы на вопросы пользователей устно и письменно о составных частях и возможностях программного продукта согласно его типовой конфигурации, реализованной для пользователя адаптации; подготовку нового персонала к пользованию программным продуктом в форме инструктажа (обучения) по использованию программного продукта, а также подготовку постоянного персонала к использованию внесенных в программный продукт в результате адаптации изменений в форме инструктажа (обучения) по использованию программного продукта) и устранение неработоспособности программного продукта, не связанной с адаптацией программного продукта.</w:t>
      </w:r>
    </w:p>
    <w:p w14:paraId="5C39B491" w14:textId="77777777" w:rsidR="00C565BC" w:rsidRPr="008E7C1C" w:rsidRDefault="008E7C1C" w:rsidP="005F043D">
      <w:pPr>
        <w:spacing w:after="0" w:line="240" w:lineRule="auto"/>
        <w:ind w:firstLine="720"/>
        <w:jc w:val="both"/>
        <w:rPr>
          <w:rFonts w:ascii="Times New Roman" w:hAnsi="Times New Roman" w:cs="Times New Roman"/>
          <w:sz w:val="24"/>
          <w:szCs w:val="24"/>
          <w:lang w:val="ru-RU"/>
        </w:rPr>
      </w:pPr>
      <w:r w:rsidRPr="008E7C1C">
        <w:rPr>
          <w:rFonts w:ascii="Times New Roman" w:hAnsi="Times New Roman" w:cs="Times New Roman"/>
          <w:sz w:val="24"/>
          <w:szCs w:val="24"/>
          <w:lang w:val="ru-RU"/>
        </w:rPr>
        <w:t xml:space="preserve">1.6. </w:t>
      </w:r>
      <w:r w:rsidRPr="008E7C1C">
        <w:rPr>
          <w:rFonts w:ascii="Times New Roman" w:hAnsi="Times New Roman" w:cs="Times New Roman"/>
          <w:sz w:val="24"/>
          <w:szCs w:val="24"/>
        </w:rPr>
        <w:t>Service</w:t>
      </w:r>
      <w:r w:rsidRPr="008E7C1C">
        <w:rPr>
          <w:rFonts w:ascii="Times New Roman" w:hAnsi="Times New Roman" w:cs="Times New Roman"/>
          <w:sz w:val="24"/>
          <w:szCs w:val="24"/>
          <w:lang w:val="ru-RU"/>
        </w:rPr>
        <w:t xml:space="preserve"> </w:t>
      </w:r>
      <w:r w:rsidRPr="008E7C1C">
        <w:rPr>
          <w:rFonts w:ascii="Times New Roman" w:hAnsi="Times New Roman" w:cs="Times New Roman"/>
          <w:sz w:val="24"/>
          <w:szCs w:val="24"/>
        </w:rPr>
        <w:t>Desk</w:t>
      </w:r>
      <w:r w:rsidRPr="008E7C1C">
        <w:rPr>
          <w:rFonts w:ascii="Times New Roman" w:hAnsi="Times New Roman" w:cs="Times New Roman"/>
          <w:sz w:val="24"/>
          <w:szCs w:val="24"/>
          <w:lang w:val="ru-RU"/>
        </w:rPr>
        <w:t xml:space="preserve"> - единая система учета запросов Заказчика на оказание услуг. Система может предоставляться Заказчиком или Исполнителем.</w:t>
      </w:r>
    </w:p>
    <w:p w14:paraId="2CD0F3DF" w14:textId="0CB428E0" w:rsidR="00C565BC" w:rsidRPr="008E7C1C" w:rsidRDefault="008E7C1C" w:rsidP="005F043D">
      <w:pPr>
        <w:spacing w:after="0" w:line="240" w:lineRule="auto"/>
        <w:ind w:firstLine="720"/>
        <w:jc w:val="both"/>
        <w:rPr>
          <w:rFonts w:ascii="Times New Roman" w:hAnsi="Times New Roman" w:cs="Times New Roman"/>
          <w:sz w:val="24"/>
          <w:szCs w:val="24"/>
          <w:lang w:val="ru-RU"/>
        </w:rPr>
      </w:pPr>
      <w:r w:rsidRPr="008E7C1C">
        <w:rPr>
          <w:rFonts w:ascii="Times New Roman" w:hAnsi="Times New Roman" w:cs="Times New Roman"/>
          <w:sz w:val="24"/>
          <w:szCs w:val="24"/>
          <w:lang w:val="ru-RU"/>
        </w:rPr>
        <w:t>1.7. Рабочее время Исполнителя – период времени по исполнению Договора в рабочие дни Исполнителя, установленный Регламентом оказания услуг по сопровождению программных продуктов (Приложение № 1 к настоящему Договору).</w:t>
      </w:r>
    </w:p>
    <w:p w14:paraId="7690E2A7" w14:textId="77777777" w:rsidR="005F043D" w:rsidRPr="008E7C1C" w:rsidRDefault="005F043D" w:rsidP="005F043D">
      <w:pPr>
        <w:spacing w:after="0" w:line="240" w:lineRule="auto"/>
        <w:ind w:firstLine="720"/>
        <w:jc w:val="both"/>
        <w:rPr>
          <w:rFonts w:ascii="Times New Roman" w:hAnsi="Times New Roman" w:cs="Times New Roman"/>
          <w:sz w:val="24"/>
          <w:szCs w:val="24"/>
          <w:lang w:val="ru-RU"/>
        </w:rPr>
      </w:pPr>
    </w:p>
    <w:p w14:paraId="672879A4" w14:textId="77777777" w:rsidR="00C565BC" w:rsidRPr="008E7C1C" w:rsidRDefault="008E7C1C" w:rsidP="005F043D">
      <w:pPr>
        <w:spacing w:after="0" w:line="240" w:lineRule="auto"/>
        <w:ind w:firstLine="720"/>
        <w:jc w:val="center"/>
        <w:rPr>
          <w:rFonts w:ascii="Times New Roman" w:hAnsi="Times New Roman" w:cs="Times New Roman"/>
          <w:sz w:val="24"/>
          <w:szCs w:val="24"/>
          <w:lang w:val="ru-RU"/>
        </w:rPr>
      </w:pPr>
      <w:r w:rsidRPr="008E7C1C">
        <w:rPr>
          <w:rFonts w:ascii="Times New Roman" w:hAnsi="Times New Roman" w:cs="Times New Roman"/>
          <w:b/>
          <w:sz w:val="24"/>
          <w:szCs w:val="24"/>
          <w:lang w:val="ru-RU"/>
        </w:rPr>
        <w:t>2. ПРЕДМЕТ ДОГОВОРА</w:t>
      </w:r>
    </w:p>
    <w:p w14:paraId="16CF7B4C" w14:textId="77777777" w:rsidR="00C565BC" w:rsidRPr="008E7C1C" w:rsidRDefault="008E7C1C" w:rsidP="005F043D">
      <w:pPr>
        <w:spacing w:after="0" w:line="240" w:lineRule="auto"/>
        <w:ind w:firstLine="720"/>
        <w:jc w:val="both"/>
        <w:rPr>
          <w:rFonts w:ascii="Times New Roman" w:hAnsi="Times New Roman" w:cs="Times New Roman"/>
          <w:sz w:val="24"/>
          <w:szCs w:val="24"/>
          <w:lang w:val="ru-RU"/>
        </w:rPr>
      </w:pPr>
      <w:r w:rsidRPr="008E7C1C">
        <w:rPr>
          <w:rFonts w:ascii="Times New Roman" w:hAnsi="Times New Roman" w:cs="Times New Roman"/>
          <w:sz w:val="24"/>
          <w:szCs w:val="24"/>
          <w:lang w:val="ru-RU"/>
        </w:rPr>
        <w:t>2.1. Исполнитель обязуется выполнять работы и оказывать услуги по сопровождению (далее – совместно именуемые Услуги) программных продуктов Заказчика (далее – ПП), а Заказчик обязуется принимать и оплачивать данные Услуги.</w:t>
      </w:r>
    </w:p>
    <w:p w14:paraId="30B9C99C" w14:textId="77777777" w:rsidR="00C565BC" w:rsidRPr="008E7C1C" w:rsidRDefault="008E7C1C" w:rsidP="005F043D">
      <w:pPr>
        <w:spacing w:after="0" w:line="240" w:lineRule="auto"/>
        <w:ind w:firstLine="720"/>
        <w:jc w:val="both"/>
        <w:rPr>
          <w:rFonts w:ascii="Times New Roman" w:hAnsi="Times New Roman" w:cs="Times New Roman"/>
          <w:sz w:val="24"/>
          <w:szCs w:val="24"/>
          <w:lang w:val="ru-RU"/>
        </w:rPr>
      </w:pPr>
      <w:r w:rsidRPr="008E7C1C">
        <w:rPr>
          <w:rFonts w:ascii="Times New Roman" w:hAnsi="Times New Roman" w:cs="Times New Roman"/>
          <w:sz w:val="24"/>
          <w:szCs w:val="24"/>
          <w:lang w:val="ru-RU"/>
        </w:rPr>
        <w:lastRenderedPageBreak/>
        <w:t>2.2. Порядок оказания Услуг определен Регламентом оказания услуг по сопровождению программных продуктов (Приложение № 1 к настоящему Договору), который является неотъемлемой частью настоящего Договора (далее по тексту – Регламент).</w:t>
      </w:r>
    </w:p>
    <w:p w14:paraId="62782595" w14:textId="7CD7E057" w:rsidR="00C565BC" w:rsidRDefault="008E7C1C" w:rsidP="005F043D">
      <w:pPr>
        <w:spacing w:after="0" w:line="240" w:lineRule="auto"/>
        <w:ind w:firstLine="720"/>
        <w:jc w:val="both"/>
        <w:rPr>
          <w:rFonts w:ascii="Times New Roman" w:hAnsi="Times New Roman" w:cs="Times New Roman"/>
          <w:sz w:val="24"/>
          <w:szCs w:val="24"/>
          <w:lang w:val="ru-RU"/>
        </w:rPr>
      </w:pPr>
      <w:r w:rsidRPr="008E7C1C">
        <w:rPr>
          <w:rFonts w:ascii="Times New Roman" w:hAnsi="Times New Roman" w:cs="Times New Roman"/>
          <w:sz w:val="24"/>
          <w:szCs w:val="24"/>
          <w:lang w:val="ru-RU"/>
        </w:rPr>
        <w:t>2.3. Наименование принимаемых на сопровождение программных продуктов Заказчика указывается в Регламенте и/или в отчетных документах, указанных в разделе 5 настоящего Договора.</w:t>
      </w:r>
    </w:p>
    <w:p w14:paraId="00C67307" w14:textId="738B1140" w:rsidR="00F20488" w:rsidRDefault="00F20488" w:rsidP="005F043D">
      <w:pPr>
        <w:spacing w:after="0" w:line="240" w:lineRule="auto"/>
        <w:ind w:firstLine="720"/>
        <w:jc w:val="both"/>
        <w:rPr>
          <w:rFonts w:ascii="Times New Roman" w:hAnsi="Times New Roman" w:cs="Times New Roman"/>
          <w:sz w:val="24"/>
          <w:szCs w:val="24"/>
          <w:lang w:val="ru-RU"/>
        </w:rPr>
      </w:pPr>
      <w:r>
        <w:rPr>
          <w:rFonts w:ascii="Times New Roman" w:hAnsi="Times New Roman" w:cs="Times New Roman"/>
          <w:sz w:val="24"/>
          <w:szCs w:val="24"/>
          <w:lang w:val="ru-RU"/>
        </w:rPr>
        <w:t>2.4. С целью оперативного взаимодействия по вопросам исполнения настоящего Договора Стороны определили следующих ответственных представителей:</w:t>
      </w:r>
    </w:p>
    <w:p w14:paraId="3921BB03" w14:textId="0981830D" w:rsidR="00F20488" w:rsidRDefault="00F20488" w:rsidP="005F043D">
      <w:pPr>
        <w:spacing w:after="0" w:line="240" w:lineRule="auto"/>
        <w:ind w:firstLine="720"/>
        <w:jc w:val="both"/>
        <w:rPr>
          <w:rFonts w:ascii="Times New Roman" w:hAnsi="Times New Roman" w:cs="Times New Roman"/>
          <w:sz w:val="24"/>
          <w:szCs w:val="24"/>
          <w:lang w:val="ru-RU"/>
        </w:rPr>
      </w:pPr>
      <w:r>
        <w:rPr>
          <w:rFonts w:ascii="Times New Roman" w:hAnsi="Times New Roman" w:cs="Times New Roman"/>
          <w:sz w:val="24"/>
          <w:szCs w:val="24"/>
          <w:lang w:val="ru-RU"/>
        </w:rPr>
        <w:t>Со стороны Заказчика - _________________________, эл. Почта ____________, тел ____________;</w:t>
      </w:r>
    </w:p>
    <w:p w14:paraId="488D4B49" w14:textId="45143D25" w:rsidR="00F20488" w:rsidRPr="008E7C1C" w:rsidRDefault="00F20488" w:rsidP="005F043D">
      <w:pPr>
        <w:spacing w:after="0" w:line="240" w:lineRule="auto"/>
        <w:ind w:firstLine="720"/>
        <w:jc w:val="both"/>
        <w:rPr>
          <w:rFonts w:ascii="Times New Roman" w:hAnsi="Times New Roman" w:cs="Times New Roman"/>
          <w:sz w:val="24"/>
          <w:szCs w:val="24"/>
          <w:lang w:val="ru-RU"/>
        </w:rPr>
      </w:pPr>
      <w:r>
        <w:rPr>
          <w:rFonts w:ascii="Times New Roman" w:hAnsi="Times New Roman" w:cs="Times New Roman"/>
          <w:sz w:val="24"/>
          <w:szCs w:val="24"/>
          <w:lang w:val="ru-RU"/>
        </w:rPr>
        <w:t xml:space="preserve">Со стороны Исполнителя - </w:t>
      </w:r>
      <w:r>
        <w:rPr>
          <w:rFonts w:ascii="Times New Roman" w:hAnsi="Times New Roman" w:cs="Times New Roman"/>
          <w:sz w:val="24"/>
          <w:szCs w:val="24"/>
          <w:lang w:val="ru-RU"/>
        </w:rPr>
        <w:t>_________________________, эл. Почта ____________, тел ___________</w:t>
      </w:r>
      <w:r>
        <w:rPr>
          <w:rFonts w:ascii="Times New Roman" w:hAnsi="Times New Roman" w:cs="Times New Roman"/>
          <w:sz w:val="24"/>
          <w:szCs w:val="24"/>
          <w:lang w:val="ru-RU"/>
        </w:rPr>
        <w:t>.</w:t>
      </w:r>
    </w:p>
    <w:p w14:paraId="4772B44C" w14:textId="77777777" w:rsidR="005F043D" w:rsidRPr="008E7C1C" w:rsidRDefault="005F043D" w:rsidP="005F043D">
      <w:pPr>
        <w:spacing w:after="0" w:line="240" w:lineRule="auto"/>
        <w:ind w:firstLine="720"/>
        <w:jc w:val="both"/>
        <w:rPr>
          <w:rFonts w:ascii="Times New Roman" w:hAnsi="Times New Roman" w:cs="Times New Roman"/>
          <w:sz w:val="24"/>
          <w:szCs w:val="24"/>
          <w:lang w:val="ru-RU"/>
        </w:rPr>
      </w:pPr>
    </w:p>
    <w:p w14:paraId="3646C302" w14:textId="77777777" w:rsidR="00C565BC" w:rsidRPr="008E7C1C" w:rsidRDefault="008E7C1C" w:rsidP="005F043D">
      <w:pPr>
        <w:spacing w:after="0" w:line="240" w:lineRule="auto"/>
        <w:ind w:firstLine="720"/>
        <w:jc w:val="center"/>
        <w:rPr>
          <w:rFonts w:ascii="Times New Roman" w:hAnsi="Times New Roman" w:cs="Times New Roman"/>
          <w:sz w:val="24"/>
          <w:szCs w:val="24"/>
          <w:lang w:val="ru-RU"/>
        </w:rPr>
      </w:pPr>
      <w:r w:rsidRPr="008E7C1C">
        <w:rPr>
          <w:rFonts w:ascii="Times New Roman" w:hAnsi="Times New Roman" w:cs="Times New Roman"/>
          <w:b/>
          <w:sz w:val="24"/>
          <w:szCs w:val="24"/>
          <w:lang w:val="ru-RU"/>
        </w:rPr>
        <w:t>3. ПРАВА И ОБЯЗАННОСТИ ИСПОЛНИТЕЛЯ</w:t>
      </w:r>
    </w:p>
    <w:p w14:paraId="53B4038F" w14:textId="77777777" w:rsidR="00C565BC" w:rsidRPr="008E7C1C" w:rsidRDefault="008E7C1C" w:rsidP="005F043D">
      <w:pPr>
        <w:spacing w:after="0" w:line="240" w:lineRule="auto"/>
        <w:ind w:firstLine="720"/>
        <w:jc w:val="both"/>
        <w:rPr>
          <w:rFonts w:ascii="Times New Roman" w:hAnsi="Times New Roman" w:cs="Times New Roman"/>
          <w:sz w:val="24"/>
          <w:szCs w:val="24"/>
          <w:lang w:val="ru-RU"/>
        </w:rPr>
      </w:pPr>
      <w:r w:rsidRPr="008E7C1C">
        <w:rPr>
          <w:rFonts w:ascii="Times New Roman" w:hAnsi="Times New Roman" w:cs="Times New Roman"/>
          <w:sz w:val="24"/>
          <w:szCs w:val="24"/>
          <w:lang w:val="ru-RU"/>
        </w:rPr>
        <w:t>3.1. Исполнитель обязуется оказать Услуги в порядке, установленном настоящим Договором.</w:t>
      </w:r>
    </w:p>
    <w:p w14:paraId="3BF96B01" w14:textId="77777777" w:rsidR="00C565BC" w:rsidRPr="008E7C1C" w:rsidRDefault="008E7C1C" w:rsidP="005F043D">
      <w:pPr>
        <w:spacing w:after="0" w:line="240" w:lineRule="auto"/>
        <w:ind w:firstLine="720"/>
        <w:jc w:val="both"/>
        <w:rPr>
          <w:rFonts w:ascii="Times New Roman" w:hAnsi="Times New Roman" w:cs="Times New Roman"/>
          <w:sz w:val="24"/>
          <w:szCs w:val="24"/>
          <w:lang w:val="ru-RU"/>
        </w:rPr>
      </w:pPr>
      <w:r w:rsidRPr="008E7C1C">
        <w:rPr>
          <w:rFonts w:ascii="Times New Roman" w:hAnsi="Times New Roman" w:cs="Times New Roman"/>
          <w:sz w:val="24"/>
          <w:szCs w:val="24"/>
          <w:lang w:val="ru-RU"/>
        </w:rPr>
        <w:t>3.2. Услуги по настоящему Договору оказываются одним или несколькими специалистами Исполнителя. Услуги оказываются на территории и компьютерах Исполнителя. Для доступа специалистов Исполнителя к базам данных Заказчика могут использоваться компьютеры или серверы Заказчика. Порядок доступа специалистов Исполнителя к компьютерам и серверам Заказчика согласовывается Сторонами дополнительно.</w:t>
      </w:r>
    </w:p>
    <w:p w14:paraId="6A8AC7F9" w14:textId="77777777" w:rsidR="00C565BC" w:rsidRPr="008E7C1C" w:rsidRDefault="008E7C1C" w:rsidP="005F043D">
      <w:pPr>
        <w:spacing w:after="0" w:line="240" w:lineRule="auto"/>
        <w:ind w:firstLine="720"/>
        <w:jc w:val="both"/>
        <w:rPr>
          <w:rFonts w:ascii="Times New Roman" w:hAnsi="Times New Roman" w:cs="Times New Roman"/>
          <w:sz w:val="24"/>
          <w:szCs w:val="24"/>
          <w:lang w:val="ru-RU"/>
        </w:rPr>
      </w:pPr>
      <w:r w:rsidRPr="008E7C1C">
        <w:rPr>
          <w:rFonts w:ascii="Times New Roman" w:hAnsi="Times New Roman" w:cs="Times New Roman"/>
          <w:sz w:val="24"/>
          <w:szCs w:val="24"/>
          <w:lang w:val="ru-RU"/>
        </w:rPr>
        <w:t>3.3. Исполнитель приступает к оказанию услуг в сроки, указанные в п. 7.1. настоящего Договора.</w:t>
      </w:r>
    </w:p>
    <w:p w14:paraId="692687A7" w14:textId="77777777" w:rsidR="00C565BC" w:rsidRPr="008E7C1C" w:rsidRDefault="008E7C1C" w:rsidP="005F043D">
      <w:pPr>
        <w:spacing w:after="0" w:line="240" w:lineRule="auto"/>
        <w:ind w:firstLine="720"/>
        <w:jc w:val="both"/>
        <w:rPr>
          <w:rFonts w:ascii="Times New Roman" w:hAnsi="Times New Roman" w:cs="Times New Roman"/>
          <w:sz w:val="24"/>
          <w:szCs w:val="24"/>
          <w:lang w:val="ru-RU"/>
        </w:rPr>
      </w:pPr>
      <w:r w:rsidRPr="008E7C1C">
        <w:rPr>
          <w:rFonts w:ascii="Times New Roman" w:hAnsi="Times New Roman" w:cs="Times New Roman"/>
          <w:sz w:val="24"/>
          <w:szCs w:val="24"/>
          <w:lang w:val="ru-RU"/>
        </w:rPr>
        <w:t>3.4. Исполнитель вправе потребовать от Заказчика присутствия на месте системного администратора для решения какого-либо технического вопроса по компьютерному оборудованию, программному обеспечению, локальной сети, доступа в сеть «Интернет».</w:t>
      </w:r>
    </w:p>
    <w:p w14:paraId="062EF69A" w14:textId="77777777" w:rsidR="00C565BC" w:rsidRPr="008E7C1C" w:rsidRDefault="008E7C1C" w:rsidP="005F043D">
      <w:pPr>
        <w:spacing w:after="0" w:line="240" w:lineRule="auto"/>
        <w:ind w:firstLine="720"/>
        <w:jc w:val="both"/>
        <w:rPr>
          <w:rFonts w:ascii="Times New Roman" w:hAnsi="Times New Roman" w:cs="Times New Roman"/>
          <w:sz w:val="24"/>
          <w:szCs w:val="24"/>
          <w:lang w:val="ru-RU"/>
        </w:rPr>
      </w:pPr>
      <w:r w:rsidRPr="008E7C1C">
        <w:rPr>
          <w:rFonts w:ascii="Times New Roman" w:hAnsi="Times New Roman" w:cs="Times New Roman"/>
          <w:sz w:val="24"/>
          <w:szCs w:val="24"/>
          <w:lang w:val="ru-RU"/>
        </w:rPr>
        <w:t>3.5. Исполнитель вправе приостановить оказание конкретной Услуги или всех Услуг по настоящему Договору в случаях нарушения Заказчиком сроков оплаты Услуг, установленных разделом 6 настоящего Договора (до момента оплаты), а также нарушения Заказчиком обязанностей, установленных разделом 4 настоящего Договора.</w:t>
      </w:r>
    </w:p>
    <w:p w14:paraId="52B718C2" w14:textId="167B96BD" w:rsidR="00C565BC" w:rsidRPr="008E7C1C" w:rsidRDefault="008E7C1C" w:rsidP="005F043D">
      <w:pPr>
        <w:spacing w:after="0" w:line="240" w:lineRule="auto"/>
        <w:ind w:firstLine="720"/>
        <w:jc w:val="both"/>
        <w:rPr>
          <w:rFonts w:ascii="Times New Roman" w:hAnsi="Times New Roman" w:cs="Times New Roman"/>
          <w:sz w:val="24"/>
          <w:szCs w:val="24"/>
          <w:lang w:val="ru-RU"/>
        </w:rPr>
      </w:pPr>
      <w:r w:rsidRPr="008E7C1C">
        <w:rPr>
          <w:rFonts w:ascii="Times New Roman" w:hAnsi="Times New Roman" w:cs="Times New Roman"/>
          <w:sz w:val="24"/>
          <w:szCs w:val="24"/>
          <w:lang w:val="ru-RU"/>
        </w:rPr>
        <w:t>3.6. Услуги по Договору осуществляются Исполнителем в рабочее время Исполнителя. По инициативе Исполнителя по согласованию с Заказчиком или по инициативе Заказчика при согласии Исполнителя услуги могут оказываться вне рабочего времени Исполнителя при условии увеличения стоимости Услуг согласно разделу 6 настоящего Договора. Оказание услуг в нерабочее время Исполнителя по собственной инициативе без согласования с Заказчиком не влечет изменения согласованной стоимости Услуг и/или применяемой ставки специалиста Исполнителя.</w:t>
      </w:r>
    </w:p>
    <w:p w14:paraId="1E527CF2" w14:textId="77777777" w:rsidR="005F043D" w:rsidRPr="008E7C1C" w:rsidRDefault="005F043D" w:rsidP="005F043D">
      <w:pPr>
        <w:spacing w:after="0" w:line="240" w:lineRule="auto"/>
        <w:ind w:firstLine="720"/>
        <w:jc w:val="both"/>
        <w:rPr>
          <w:rFonts w:ascii="Times New Roman" w:hAnsi="Times New Roman" w:cs="Times New Roman"/>
          <w:sz w:val="24"/>
          <w:szCs w:val="24"/>
          <w:lang w:val="ru-RU"/>
        </w:rPr>
      </w:pPr>
    </w:p>
    <w:p w14:paraId="553DA7C3" w14:textId="7320B445" w:rsidR="00C565BC" w:rsidRDefault="008E7C1C" w:rsidP="005F043D">
      <w:pPr>
        <w:spacing w:after="0" w:line="240" w:lineRule="auto"/>
        <w:ind w:firstLine="720"/>
        <w:jc w:val="center"/>
        <w:rPr>
          <w:rFonts w:ascii="Times New Roman" w:hAnsi="Times New Roman" w:cs="Times New Roman"/>
          <w:b/>
          <w:sz w:val="24"/>
          <w:szCs w:val="24"/>
          <w:lang w:val="ru-RU"/>
        </w:rPr>
      </w:pPr>
      <w:r w:rsidRPr="008E7C1C">
        <w:rPr>
          <w:rFonts w:ascii="Times New Roman" w:hAnsi="Times New Roman" w:cs="Times New Roman"/>
          <w:b/>
          <w:sz w:val="24"/>
          <w:szCs w:val="24"/>
          <w:lang w:val="ru-RU"/>
        </w:rPr>
        <w:t xml:space="preserve">4. ПРАВА И ОБЯЗАННОСТИ </w:t>
      </w:r>
      <w:r w:rsidR="00F20488">
        <w:rPr>
          <w:rFonts w:ascii="Times New Roman" w:hAnsi="Times New Roman" w:cs="Times New Roman"/>
          <w:b/>
          <w:sz w:val="24"/>
          <w:szCs w:val="24"/>
          <w:lang w:val="ru-RU"/>
        </w:rPr>
        <w:t>СТОРОН</w:t>
      </w:r>
    </w:p>
    <w:p w14:paraId="48B0B37A" w14:textId="77777777" w:rsidR="008116F2" w:rsidRPr="008E7C1C" w:rsidRDefault="008116F2" w:rsidP="005F043D">
      <w:pPr>
        <w:spacing w:after="0" w:line="240" w:lineRule="auto"/>
        <w:ind w:firstLine="720"/>
        <w:jc w:val="center"/>
        <w:rPr>
          <w:rFonts w:ascii="Times New Roman" w:hAnsi="Times New Roman" w:cs="Times New Roman"/>
          <w:sz w:val="24"/>
          <w:szCs w:val="24"/>
          <w:lang w:val="ru-RU"/>
        </w:rPr>
      </w:pPr>
    </w:p>
    <w:p w14:paraId="352DAB0C" w14:textId="3AE2A228" w:rsidR="008116F2" w:rsidRPr="008116F2" w:rsidRDefault="008116F2" w:rsidP="005F043D">
      <w:pPr>
        <w:spacing w:after="0" w:line="240" w:lineRule="auto"/>
        <w:ind w:firstLine="720"/>
        <w:jc w:val="both"/>
        <w:rPr>
          <w:rFonts w:ascii="Times New Roman" w:hAnsi="Times New Roman" w:cs="Times New Roman"/>
          <w:b/>
          <w:sz w:val="24"/>
          <w:szCs w:val="24"/>
          <w:lang w:val="ru-RU"/>
        </w:rPr>
      </w:pPr>
      <w:r w:rsidRPr="008116F2">
        <w:rPr>
          <w:rFonts w:ascii="Times New Roman" w:hAnsi="Times New Roman" w:cs="Times New Roman"/>
          <w:b/>
          <w:sz w:val="24"/>
          <w:szCs w:val="24"/>
          <w:lang w:val="ru-RU"/>
        </w:rPr>
        <w:t>4.1. Заказчик обязан:</w:t>
      </w:r>
    </w:p>
    <w:p w14:paraId="3959C326" w14:textId="23739B98" w:rsidR="00C565BC" w:rsidRPr="008E7C1C" w:rsidRDefault="008E7C1C" w:rsidP="005F043D">
      <w:pPr>
        <w:spacing w:after="0" w:line="240" w:lineRule="auto"/>
        <w:ind w:firstLine="720"/>
        <w:jc w:val="both"/>
        <w:rPr>
          <w:rFonts w:ascii="Times New Roman" w:hAnsi="Times New Roman" w:cs="Times New Roman"/>
          <w:sz w:val="24"/>
          <w:szCs w:val="24"/>
          <w:lang w:val="ru-RU"/>
        </w:rPr>
      </w:pPr>
      <w:r w:rsidRPr="008E7C1C">
        <w:rPr>
          <w:rFonts w:ascii="Times New Roman" w:hAnsi="Times New Roman" w:cs="Times New Roman"/>
          <w:sz w:val="24"/>
          <w:szCs w:val="24"/>
          <w:lang w:val="ru-RU"/>
        </w:rPr>
        <w:t>4.1.</w:t>
      </w:r>
      <w:r w:rsidR="008116F2">
        <w:rPr>
          <w:rFonts w:ascii="Times New Roman" w:hAnsi="Times New Roman" w:cs="Times New Roman"/>
          <w:sz w:val="24"/>
          <w:szCs w:val="24"/>
          <w:lang w:val="ru-RU"/>
        </w:rPr>
        <w:t>1</w:t>
      </w:r>
      <w:r w:rsidRPr="008E7C1C">
        <w:rPr>
          <w:rFonts w:ascii="Times New Roman" w:hAnsi="Times New Roman" w:cs="Times New Roman"/>
          <w:sz w:val="24"/>
          <w:szCs w:val="24"/>
          <w:lang w:val="ru-RU"/>
        </w:rPr>
        <w:t xml:space="preserve"> Заказчик обязуется своевременно принимать, в </w:t>
      </w:r>
      <w:proofErr w:type="spellStart"/>
      <w:r w:rsidRPr="008E7C1C">
        <w:rPr>
          <w:rFonts w:ascii="Times New Roman" w:hAnsi="Times New Roman" w:cs="Times New Roman"/>
          <w:sz w:val="24"/>
          <w:szCs w:val="24"/>
          <w:lang w:val="ru-RU"/>
        </w:rPr>
        <w:t>т.ч</w:t>
      </w:r>
      <w:proofErr w:type="spellEnd"/>
      <w:r w:rsidRPr="008E7C1C">
        <w:rPr>
          <w:rFonts w:ascii="Times New Roman" w:hAnsi="Times New Roman" w:cs="Times New Roman"/>
          <w:sz w:val="24"/>
          <w:szCs w:val="24"/>
          <w:lang w:val="ru-RU"/>
        </w:rPr>
        <w:t>. тестировать, и оплачивать Услуги Исполнителя в порядке, предусмотренном настоящим Договором.</w:t>
      </w:r>
    </w:p>
    <w:p w14:paraId="43A06471" w14:textId="129EFDB5" w:rsidR="00C565BC" w:rsidRPr="008E7C1C" w:rsidRDefault="008E7C1C" w:rsidP="005F043D">
      <w:pPr>
        <w:spacing w:after="0" w:line="240" w:lineRule="auto"/>
        <w:ind w:firstLine="720"/>
        <w:jc w:val="both"/>
        <w:rPr>
          <w:rFonts w:ascii="Times New Roman" w:hAnsi="Times New Roman" w:cs="Times New Roman"/>
          <w:sz w:val="24"/>
          <w:szCs w:val="24"/>
          <w:lang w:val="ru-RU"/>
        </w:rPr>
      </w:pPr>
      <w:r w:rsidRPr="008E7C1C">
        <w:rPr>
          <w:rFonts w:ascii="Times New Roman" w:hAnsi="Times New Roman" w:cs="Times New Roman"/>
          <w:sz w:val="24"/>
          <w:szCs w:val="24"/>
          <w:lang w:val="ru-RU"/>
        </w:rPr>
        <w:t>4.</w:t>
      </w:r>
      <w:r w:rsidR="008116F2">
        <w:rPr>
          <w:rFonts w:ascii="Times New Roman" w:hAnsi="Times New Roman" w:cs="Times New Roman"/>
          <w:sz w:val="24"/>
          <w:szCs w:val="24"/>
          <w:lang w:val="ru-RU"/>
        </w:rPr>
        <w:t>1.</w:t>
      </w:r>
      <w:r w:rsidRPr="008E7C1C">
        <w:rPr>
          <w:rFonts w:ascii="Times New Roman" w:hAnsi="Times New Roman" w:cs="Times New Roman"/>
          <w:sz w:val="24"/>
          <w:szCs w:val="24"/>
          <w:lang w:val="ru-RU"/>
        </w:rPr>
        <w:t>2. Для оказания Услуг, предусмотренных настоящим Договором, Заказчик обязан обеспечить Исполнителю удаленный доступ к компьютерам/серверам в рабочее время Исполнителя, указанное в Регламенте, а также по предварительному согласованию в вечернее время, выходные и праздничные дни.</w:t>
      </w:r>
    </w:p>
    <w:p w14:paraId="7B3A2282" w14:textId="22ED6715" w:rsidR="00C565BC" w:rsidRPr="008E7C1C" w:rsidRDefault="008E7C1C" w:rsidP="005F043D">
      <w:pPr>
        <w:spacing w:after="0" w:line="240" w:lineRule="auto"/>
        <w:ind w:firstLine="720"/>
        <w:jc w:val="both"/>
        <w:rPr>
          <w:rFonts w:ascii="Times New Roman" w:hAnsi="Times New Roman" w:cs="Times New Roman"/>
          <w:sz w:val="24"/>
          <w:szCs w:val="24"/>
          <w:lang w:val="ru-RU"/>
        </w:rPr>
      </w:pPr>
      <w:r w:rsidRPr="008E7C1C">
        <w:rPr>
          <w:rFonts w:ascii="Times New Roman" w:hAnsi="Times New Roman" w:cs="Times New Roman"/>
          <w:sz w:val="24"/>
          <w:szCs w:val="24"/>
          <w:lang w:val="ru-RU"/>
        </w:rPr>
        <w:t>4.</w:t>
      </w:r>
      <w:r w:rsidR="008116F2">
        <w:rPr>
          <w:rFonts w:ascii="Times New Roman" w:hAnsi="Times New Roman" w:cs="Times New Roman"/>
          <w:sz w:val="24"/>
          <w:szCs w:val="24"/>
          <w:lang w:val="ru-RU"/>
        </w:rPr>
        <w:t>1.</w:t>
      </w:r>
      <w:r w:rsidRPr="008E7C1C">
        <w:rPr>
          <w:rFonts w:ascii="Times New Roman" w:hAnsi="Times New Roman" w:cs="Times New Roman"/>
          <w:sz w:val="24"/>
          <w:szCs w:val="24"/>
          <w:lang w:val="ru-RU"/>
        </w:rPr>
        <w:t xml:space="preserve">3. Заказчик обязан назначить ответственного представителя по настоящему Договору (который отвечает за обеспечение своевременного предоставления информации Исполнителю, направление запросов на оказание Услуги и приемку Услуг и результатов работ, согласование технических заданий), а также предоставить квалифицированный персонал для взаимодействия с Исполнителем, в </w:t>
      </w:r>
      <w:proofErr w:type="spellStart"/>
      <w:r w:rsidRPr="008E7C1C">
        <w:rPr>
          <w:rFonts w:ascii="Times New Roman" w:hAnsi="Times New Roman" w:cs="Times New Roman"/>
          <w:sz w:val="24"/>
          <w:szCs w:val="24"/>
          <w:lang w:val="ru-RU"/>
        </w:rPr>
        <w:t>т.ч</w:t>
      </w:r>
      <w:proofErr w:type="spellEnd"/>
      <w:r w:rsidRPr="008E7C1C">
        <w:rPr>
          <w:rFonts w:ascii="Times New Roman" w:hAnsi="Times New Roman" w:cs="Times New Roman"/>
          <w:sz w:val="24"/>
          <w:szCs w:val="24"/>
          <w:lang w:val="ru-RU"/>
        </w:rPr>
        <w:t>. согласно п. 3.4. настоящего Договора.</w:t>
      </w:r>
    </w:p>
    <w:p w14:paraId="004ABECE" w14:textId="59C65470" w:rsidR="00C565BC" w:rsidRPr="008E7C1C" w:rsidRDefault="008E7C1C" w:rsidP="005F043D">
      <w:pPr>
        <w:spacing w:after="0" w:line="240" w:lineRule="auto"/>
        <w:ind w:firstLine="720"/>
        <w:jc w:val="both"/>
        <w:rPr>
          <w:rFonts w:ascii="Times New Roman" w:hAnsi="Times New Roman" w:cs="Times New Roman"/>
          <w:sz w:val="24"/>
          <w:szCs w:val="24"/>
          <w:lang w:val="ru-RU"/>
        </w:rPr>
      </w:pPr>
      <w:r w:rsidRPr="008E7C1C">
        <w:rPr>
          <w:rFonts w:ascii="Times New Roman" w:hAnsi="Times New Roman" w:cs="Times New Roman"/>
          <w:sz w:val="24"/>
          <w:szCs w:val="24"/>
          <w:lang w:val="ru-RU"/>
        </w:rPr>
        <w:t>4.</w:t>
      </w:r>
      <w:r w:rsidR="008116F2">
        <w:rPr>
          <w:rFonts w:ascii="Times New Roman" w:hAnsi="Times New Roman" w:cs="Times New Roman"/>
          <w:sz w:val="24"/>
          <w:szCs w:val="24"/>
          <w:lang w:val="ru-RU"/>
        </w:rPr>
        <w:t>1.</w:t>
      </w:r>
      <w:r w:rsidRPr="008E7C1C">
        <w:rPr>
          <w:rFonts w:ascii="Times New Roman" w:hAnsi="Times New Roman" w:cs="Times New Roman"/>
          <w:sz w:val="24"/>
          <w:szCs w:val="24"/>
          <w:lang w:val="ru-RU"/>
        </w:rPr>
        <w:t>4. В процессе эксплуатации ПП Заказчик обязан ежедневно создавать архивную копию базы данных ПП, с тем чтобы исключить потерю данных по независящим от Сторон причинам. Архивная копия создается и хранится Заказчиком на магнитном носителе, отличном от носителя рабочей базы данных.</w:t>
      </w:r>
    </w:p>
    <w:p w14:paraId="4E8695C3" w14:textId="715087D5" w:rsidR="00C565BC" w:rsidRPr="008E7C1C" w:rsidRDefault="008E7C1C" w:rsidP="005F043D">
      <w:pPr>
        <w:spacing w:after="0" w:line="240" w:lineRule="auto"/>
        <w:ind w:firstLine="720"/>
        <w:jc w:val="both"/>
        <w:rPr>
          <w:rFonts w:ascii="Times New Roman" w:hAnsi="Times New Roman" w:cs="Times New Roman"/>
          <w:sz w:val="24"/>
          <w:szCs w:val="24"/>
          <w:lang w:val="ru-RU"/>
        </w:rPr>
      </w:pPr>
      <w:r w:rsidRPr="008E7C1C">
        <w:rPr>
          <w:rFonts w:ascii="Times New Roman" w:hAnsi="Times New Roman" w:cs="Times New Roman"/>
          <w:sz w:val="24"/>
          <w:szCs w:val="24"/>
          <w:lang w:val="ru-RU"/>
        </w:rPr>
        <w:t>4.</w:t>
      </w:r>
      <w:r w:rsidR="008116F2">
        <w:rPr>
          <w:rFonts w:ascii="Times New Roman" w:hAnsi="Times New Roman" w:cs="Times New Roman"/>
          <w:sz w:val="24"/>
          <w:szCs w:val="24"/>
          <w:lang w:val="ru-RU"/>
        </w:rPr>
        <w:t>1.</w:t>
      </w:r>
      <w:r w:rsidRPr="008E7C1C">
        <w:rPr>
          <w:rFonts w:ascii="Times New Roman" w:hAnsi="Times New Roman" w:cs="Times New Roman"/>
          <w:sz w:val="24"/>
          <w:szCs w:val="24"/>
          <w:lang w:val="ru-RU"/>
        </w:rPr>
        <w:t>5. Заказчик обязан обеспечить наличие у него действующего договора на информационно-технологическое сопровождение с одним из официальных партнеров Фирмы "1С" (1</w:t>
      </w:r>
      <w:r w:rsidRPr="008E7C1C">
        <w:rPr>
          <w:rFonts w:ascii="Times New Roman" w:hAnsi="Times New Roman" w:cs="Times New Roman"/>
          <w:sz w:val="24"/>
          <w:szCs w:val="24"/>
        </w:rPr>
        <w:t>C</w:t>
      </w:r>
      <w:r w:rsidRPr="008E7C1C">
        <w:rPr>
          <w:rFonts w:ascii="Times New Roman" w:hAnsi="Times New Roman" w:cs="Times New Roman"/>
          <w:sz w:val="24"/>
          <w:szCs w:val="24"/>
          <w:lang w:val="ru-RU"/>
        </w:rPr>
        <w:t>:</w:t>
      </w:r>
      <w:r w:rsidR="005F043D" w:rsidRPr="008E7C1C">
        <w:rPr>
          <w:rFonts w:ascii="Times New Roman" w:hAnsi="Times New Roman" w:cs="Times New Roman"/>
          <w:sz w:val="24"/>
          <w:szCs w:val="24"/>
          <w:lang w:val="ru-RU"/>
        </w:rPr>
        <w:t xml:space="preserve"> </w:t>
      </w:r>
      <w:r w:rsidRPr="008E7C1C">
        <w:rPr>
          <w:rFonts w:ascii="Times New Roman" w:hAnsi="Times New Roman" w:cs="Times New Roman"/>
          <w:sz w:val="24"/>
          <w:szCs w:val="24"/>
          <w:lang w:val="ru-RU"/>
        </w:rPr>
        <w:t xml:space="preserve">КП </w:t>
      </w:r>
      <w:r w:rsidRPr="008E7C1C">
        <w:rPr>
          <w:rFonts w:ascii="Times New Roman" w:hAnsi="Times New Roman" w:cs="Times New Roman"/>
          <w:sz w:val="24"/>
          <w:szCs w:val="24"/>
          <w:lang w:val="ru-RU"/>
        </w:rPr>
        <w:lastRenderedPageBreak/>
        <w:t>соответствующего ПП уровня, а при необходимости 1С: КП Отраслевое) в отношении программных продуктов системы «1С: Предприятие» и/или действующей подписки (лицензия, договор) на технологическое сопровождение программных продуктов других правообладателей, сопровождаемых по настоящему Договору.</w:t>
      </w:r>
    </w:p>
    <w:p w14:paraId="1C2C4B23" w14:textId="463C31EA" w:rsidR="00C565BC" w:rsidRPr="008E7C1C" w:rsidRDefault="008E7C1C" w:rsidP="005F043D">
      <w:pPr>
        <w:spacing w:after="0" w:line="240" w:lineRule="auto"/>
        <w:ind w:firstLine="720"/>
        <w:jc w:val="both"/>
        <w:rPr>
          <w:rFonts w:ascii="Times New Roman" w:hAnsi="Times New Roman" w:cs="Times New Roman"/>
          <w:sz w:val="24"/>
          <w:szCs w:val="24"/>
          <w:lang w:val="ru-RU"/>
        </w:rPr>
      </w:pPr>
      <w:r w:rsidRPr="008E7C1C">
        <w:rPr>
          <w:rFonts w:ascii="Times New Roman" w:hAnsi="Times New Roman" w:cs="Times New Roman"/>
          <w:sz w:val="24"/>
          <w:szCs w:val="24"/>
          <w:lang w:val="ru-RU"/>
        </w:rPr>
        <w:t>4.</w:t>
      </w:r>
      <w:r w:rsidR="008116F2">
        <w:rPr>
          <w:rFonts w:ascii="Times New Roman" w:hAnsi="Times New Roman" w:cs="Times New Roman"/>
          <w:sz w:val="24"/>
          <w:szCs w:val="24"/>
          <w:lang w:val="ru-RU"/>
        </w:rPr>
        <w:t>1.</w:t>
      </w:r>
      <w:r w:rsidRPr="008E7C1C">
        <w:rPr>
          <w:rFonts w:ascii="Times New Roman" w:hAnsi="Times New Roman" w:cs="Times New Roman"/>
          <w:sz w:val="24"/>
          <w:szCs w:val="24"/>
          <w:lang w:val="ru-RU"/>
        </w:rPr>
        <w:t>6. Заказчик обязан обеспечивать своих представителей доверенностями в соответствии со ст. 185 ГК РФ, в противном случае полномочия представителя Заказчика, направившего запрос на оказание Услуги и/или принявшего результаты работ и/или Услуги и подписавшего акты, считаются явствующими из обстановки в соответствии с п. 1 ст. 182 ГК РФ.</w:t>
      </w:r>
    </w:p>
    <w:p w14:paraId="6A4B31CA" w14:textId="3F1F5637" w:rsidR="00C565BC" w:rsidRPr="008E7C1C" w:rsidRDefault="008E7C1C" w:rsidP="005F043D">
      <w:pPr>
        <w:spacing w:after="0" w:line="240" w:lineRule="auto"/>
        <w:ind w:firstLine="720"/>
        <w:jc w:val="both"/>
        <w:rPr>
          <w:rFonts w:ascii="Times New Roman" w:hAnsi="Times New Roman" w:cs="Times New Roman"/>
          <w:sz w:val="24"/>
          <w:szCs w:val="24"/>
          <w:lang w:val="ru-RU"/>
        </w:rPr>
      </w:pPr>
      <w:r w:rsidRPr="008E7C1C">
        <w:rPr>
          <w:rFonts w:ascii="Times New Roman" w:hAnsi="Times New Roman" w:cs="Times New Roman"/>
          <w:sz w:val="24"/>
          <w:szCs w:val="24"/>
          <w:lang w:val="ru-RU"/>
        </w:rPr>
        <w:t>4.</w:t>
      </w:r>
      <w:r w:rsidR="008116F2">
        <w:rPr>
          <w:rFonts w:ascii="Times New Roman" w:hAnsi="Times New Roman" w:cs="Times New Roman"/>
          <w:sz w:val="24"/>
          <w:szCs w:val="24"/>
          <w:lang w:val="ru-RU"/>
        </w:rPr>
        <w:t>1.</w:t>
      </w:r>
      <w:r w:rsidRPr="008E7C1C">
        <w:rPr>
          <w:rFonts w:ascii="Times New Roman" w:hAnsi="Times New Roman" w:cs="Times New Roman"/>
          <w:sz w:val="24"/>
          <w:szCs w:val="24"/>
          <w:lang w:val="ru-RU"/>
        </w:rPr>
        <w:t>7. Заказчик не вправе требовать от Исполнителя оказания Услуг, не описанных в Регламенте, на условиях, не указанных в настоящем Договоре или Регламенте.</w:t>
      </w:r>
    </w:p>
    <w:p w14:paraId="61C1F570" w14:textId="7132759F" w:rsidR="00C565BC" w:rsidRDefault="008E7C1C" w:rsidP="005F043D">
      <w:pPr>
        <w:spacing w:after="0" w:line="240" w:lineRule="auto"/>
        <w:ind w:firstLine="720"/>
        <w:jc w:val="both"/>
        <w:rPr>
          <w:rFonts w:ascii="Times New Roman" w:hAnsi="Times New Roman" w:cs="Times New Roman"/>
          <w:sz w:val="24"/>
          <w:szCs w:val="24"/>
          <w:lang w:val="ru-RU"/>
        </w:rPr>
      </w:pPr>
      <w:r w:rsidRPr="008E7C1C">
        <w:rPr>
          <w:rFonts w:ascii="Times New Roman" w:hAnsi="Times New Roman" w:cs="Times New Roman"/>
          <w:sz w:val="24"/>
          <w:szCs w:val="24"/>
          <w:lang w:val="ru-RU"/>
        </w:rPr>
        <w:t>4.</w:t>
      </w:r>
      <w:r w:rsidR="008116F2">
        <w:rPr>
          <w:rFonts w:ascii="Times New Roman" w:hAnsi="Times New Roman" w:cs="Times New Roman"/>
          <w:sz w:val="24"/>
          <w:szCs w:val="24"/>
          <w:lang w:val="ru-RU"/>
        </w:rPr>
        <w:t>1.</w:t>
      </w:r>
      <w:r w:rsidRPr="008E7C1C">
        <w:rPr>
          <w:rFonts w:ascii="Times New Roman" w:hAnsi="Times New Roman" w:cs="Times New Roman"/>
          <w:sz w:val="24"/>
          <w:szCs w:val="24"/>
          <w:lang w:val="ru-RU"/>
        </w:rPr>
        <w:t xml:space="preserve">8. В случае, </w:t>
      </w:r>
      <w:r w:rsidR="00A66394" w:rsidRPr="008E7C1C">
        <w:rPr>
          <w:rFonts w:ascii="Times New Roman" w:hAnsi="Times New Roman" w:cs="Times New Roman"/>
          <w:sz w:val="24"/>
          <w:szCs w:val="24"/>
          <w:lang w:val="ru-RU"/>
        </w:rPr>
        <w:t>согласно Регламенту Стороны,</w:t>
      </w:r>
      <w:r w:rsidRPr="008E7C1C">
        <w:rPr>
          <w:rFonts w:ascii="Times New Roman" w:hAnsi="Times New Roman" w:cs="Times New Roman"/>
          <w:sz w:val="24"/>
          <w:szCs w:val="24"/>
          <w:lang w:val="ru-RU"/>
        </w:rPr>
        <w:t xml:space="preserve"> взаимодействуют по исполнению настоящего Договора (прием запросов, отражение статуса запросов, фиксация затраченного времени и т.д.) в системе </w:t>
      </w:r>
      <w:r w:rsidRPr="008E7C1C">
        <w:rPr>
          <w:rFonts w:ascii="Times New Roman" w:hAnsi="Times New Roman" w:cs="Times New Roman"/>
          <w:sz w:val="24"/>
          <w:szCs w:val="24"/>
        </w:rPr>
        <w:t>Service</w:t>
      </w:r>
      <w:r w:rsidRPr="008E7C1C">
        <w:rPr>
          <w:rFonts w:ascii="Times New Roman" w:hAnsi="Times New Roman" w:cs="Times New Roman"/>
          <w:sz w:val="24"/>
          <w:szCs w:val="24"/>
          <w:lang w:val="ru-RU"/>
        </w:rPr>
        <w:t xml:space="preserve"> </w:t>
      </w:r>
      <w:r w:rsidRPr="008E7C1C">
        <w:rPr>
          <w:rFonts w:ascii="Times New Roman" w:hAnsi="Times New Roman" w:cs="Times New Roman"/>
          <w:sz w:val="24"/>
          <w:szCs w:val="24"/>
        </w:rPr>
        <w:t>Desk</w:t>
      </w:r>
      <w:r w:rsidRPr="008E7C1C">
        <w:rPr>
          <w:rFonts w:ascii="Times New Roman" w:hAnsi="Times New Roman" w:cs="Times New Roman"/>
          <w:sz w:val="24"/>
          <w:szCs w:val="24"/>
          <w:lang w:val="ru-RU"/>
        </w:rPr>
        <w:t xml:space="preserve"> Заказчика, последний обязан предоставлять круглосуточный доступ специалистам Исполнителя к системе во все время действия настоящего Договора.</w:t>
      </w:r>
    </w:p>
    <w:p w14:paraId="79040824" w14:textId="2D335B0C" w:rsidR="004B626C" w:rsidRDefault="008116F2" w:rsidP="004B626C">
      <w:pPr>
        <w:spacing w:after="0" w:line="240" w:lineRule="auto"/>
        <w:ind w:firstLine="720"/>
        <w:jc w:val="both"/>
        <w:rPr>
          <w:rFonts w:ascii="Times New Roman" w:hAnsi="Times New Roman" w:cs="Times New Roman"/>
          <w:b/>
          <w:sz w:val="24"/>
          <w:szCs w:val="24"/>
          <w:lang w:val="ru-RU"/>
        </w:rPr>
      </w:pPr>
      <w:r>
        <w:rPr>
          <w:rFonts w:ascii="Times New Roman" w:hAnsi="Times New Roman" w:cs="Times New Roman"/>
          <w:b/>
          <w:sz w:val="24"/>
          <w:szCs w:val="24"/>
          <w:lang w:val="ru-RU"/>
        </w:rPr>
        <w:t xml:space="preserve">4.2. </w:t>
      </w:r>
      <w:r w:rsidRPr="008116F2">
        <w:rPr>
          <w:rFonts w:ascii="Times New Roman" w:hAnsi="Times New Roman" w:cs="Times New Roman"/>
          <w:b/>
          <w:sz w:val="24"/>
          <w:szCs w:val="24"/>
          <w:lang w:val="ru-RU"/>
        </w:rPr>
        <w:t>Исполнитель обязан:</w:t>
      </w:r>
    </w:p>
    <w:p w14:paraId="673066D8" w14:textId="6A4CB28B" w:rsidR="004B626C" w:rsidRDefault="004B626C" w:rsidP="008116F2">
      <w:pPr>
        <w:spacing w:after="0" w:line="240" w:lineRule="auto"/>
        <w:ind w:firstLine="720"/>
        <w:jc w:val="both"/>
        <w:rPr>
          <w:rFonts w:ascii="Times New Roman" w:hAnsi="Times New Roman" w:cs="Times New Roman"/>
          <w:bCs/>
          <w:sz w:val="24"/>
          <w:szCs w:val="24"/>
          <w:lang w:val="ru-RU"/>
        </w:rPr>
      </w:pPr>
      <w:r>
        <w:rPr>
          <w:rFonts w:ascii="Times New Roman" w:hAnsi="Times New Roman" w:cs="Times New Roman"/>
          <w:bCs/>
          <w:sz w:val="24"/>
          <w:szCs w:val="24"/>
          <w:lang w:val="ru-RU"/>
        </w:rPr>
        <w:t xml:space="preserve">4.2.1. </w:t>
      </w:r>
      <w:r w:rsidRPr="004B626C">
        <w:rPr>
          <w:rFonts w:ascii="Times New Roman" w:hAnsi="Times New Roman" w:cs="Times New Roman"/>
          <w:bCs/>
          <w:sz w:val="24"/>
          <w:szCs w:val="24"/>
          <w:lang w:val="ru-RU"/>
        </w:rPr>
        <w:t>Исполнитель несет ответственность перед Заказчиком за надлежащее выполнение работ по установке, настройке и применению обновлений программного обеспечения «1С», а также иного программного обеспечения, устанавливаемого Исполнителем в рамках настоящего Договора.</w:t>
      </w:r>
    </w:p>
    <w:p w14:paraId="1B6A6B12" w14:textId="1BAF5A78" w:rsidR="004B626C" w:rsidRDefault="004B626C" w:rsidP="008116F2">
      <w:pPr>
        <w:spacing w:after="0" w:line="240" w:lineRule="auto"/>
        <w:ind w:firstLine="720"/>
        <w:jc w:val="both"/>
        <w:rPr>
          <w:rFonts w:ascii="Times New Roman" w:hAnsi="Times New Roman" w:cs="Times New Roman"/>
          <w:bCs/>
          <w:sz w:val="24"/>
          <w:szCs w:val="24"/>
          <w:lang w:val="ru-RU"/>
        </w:rPr>
      </w:pPr>
      <w:r>
        <w:rPr>
          <w:rFonts w:ascii="Times New Roman" w:hAnsi="Times New Roman" w:cs="Times New Roman"/>
          <w:bCs/>
          <w:sz w:val="24"/>
          <w:szCs w:val="24"/>
          <w:lang w:val="ru-RU"/>
        </w:rPr>
        <w:t xml:space="preserve">4.2.2. </w:t>
      </w:r>
      <w:r w:rsidRPr="004B626C">
        <w:rPr>
          <w:rFonts w:ascii="Times New Roman" w:hAnsi="Times New Roman" w:cs="Times New Roman"/>
          <w:bCs/>
          <w:sz w:val="24"/>
          <w:szCs w:val="24"/>
          <w:lang w:val="ru-RU"/>
        </w:rPr>
        <w:t>Исполнитель гарантирует, что устанавливаемое им программное обеспечение получено из легальных источников и не содержит заведомо известных ему вредоносных программ, несанкционированных средств доступа и иных компонентов, способных причинить ущерб информационным системам Заказчика.</w:t>
      </w:r>
    </w:p>
    <w:p w14:paraId="7FA7F111" w14:textId="5DAD45EC" w:rsidR="004B626C" w:rsidRDefault="004B626C" w:rsidP="008116F2">
      <w:pPr>
        <w:spacing w:after="0" w:line="240" w:lineRule="auto"/>
        <w:ind w:firstLine="720"/>
        <w:jc w:val="both"/>
        <w:rPr>
          <w:rFonts w:ascii="Times New Roman" w:hAnsi="Times New Roman" w:cs="Times New Roman"/>
          <w:bCs/>
          <w:sz w:val="24"/>
          <w:szCs w:val="24"/>
          <w:lang w:val="ru-RU"/>
        </w:rPr>
      </w:pPr>
      <w:r>
        <w:rPr>
          <w:rFonts w:ascii="Times New Roman" w:hAnsi="Times New Roman" w:cs="Times New Roman"/>
          <w:bCs/>
          <w:sz w:val="24"/>
          <w:szCs w:val="24"/>
          <w:lang w:val="ru-RU"/>
        </w:rPr>
        <w:t xml:space="preserve">4.2.3. </w:t>
      </w:r>
      <w:r w:rsidRPr="004B626C">
        <w:rPr>
          <w:rFonts w:ascii="Times New Roman" w:hAnsi="Times New Roman" w:cs="Times New Roman"/>
          <w:bCs/>
          <w:sz w:val="24"/>
          <w:szCs w:val="24"/>
          <w:lang w:val="ru-RU"/>
        </w:rPr>
        <w:t>Исполнитель обязан до установки обновлений и программного обеспечения проверить их совместимость с используемой Заказчиком конфигурацией «1С», операционной системой, оборудованием и иными программными средствами, имеющими существенное значение для работы Заказчика, в пределах предоставленного ему доступа и имеющейся у него технической информации</w:t>
      </w:r>
      <w:r>
        <w:rPr>
          <w:rFonts w:ascii="Times New Roman" w:hAnsi="Times New Roman" w:cs="Times New Roman"/>
          <w:bCs/>
          <w:sz w:val="24"/>
          <w:szCs w:val="24"/>
          <w:lang w:val="ru-RU"/>
        </w:rPr>
        <w:t>.</w:t>
      </w:r>
    </w:p>
    <w:p w14:paraId="639A6A64" w14:textId="19A74BBD" w:rsidR="004B626C" w:rsidRPr="004B626C" w:rsidRDefault="004B626C" w:rsidP="004B626C">
      <w:pPr>
        <w:spacing w:after="0" w:line="240" w:lineRule="auto"/>
        <w:ind w:firstLine="720"/>
        <w:jc w:val="both"/>
        <w:rPr>
          <w:rFonts w:ascii="Times New Roman" w:hAnsi="Times New Roman" w:cs="Times New Roman"/>
          <w:bCs/>
          <w:sz w:val="24"/>
          <w:szCs w:val="24"/>
          <w:lang w:val="ru-RU"/>
        </w:rPr>
      </w:pPr>
      <w:r>
        <w:rPr>
          <w:rFonts w:ascii="Times New Roman" w:hAnsi="Times New Roman" w:cs="Times New Roman"/>
          <w:bCs/>
          <w:sz w:val="24"/>
          <w:szCs w:val="24"/>
          <w:lang w:val="ru-RU"/>
        </w:rPr>
        <w:t xml:space="preserve">4.2.4. </w:t>
      </w:r>
      <w:r w:rsidRPr="004B626C">
        <w:rPr>
          <w:rFonts w:ascii="Times New Roman" w:hAnsi="Times New Roman" w:cs="Times New Roman"/>
          <w:bCs/>
          <w:sz w:val="24"/>
          <w:szCs w:val="24"/>
          <w:lang w:val="ru-RU"/>
        </w:rPr>
        <w:t>До начала установки обновлений Исполнитель обязан:</w:t>
      </w:r>
    </w:p>
    <w:p w14:paraId="60CC5748" w14:textId="31C8D93C" w:rsidR="004B626C" w:rsidRPr="004B626C" w:rsidRDefault="004B626C" w:rsidP="004B626C">
      <w:pPr>
        <w:spacing w:after="0" w:line="240" w:lineRule="auto"/>
        <w:ind w:firstLine="720"/>
        <w:jc w:val="both"/>
        <w:rPr>
          <w:rFonts w:ascii="Times New Roman" w:hAnsi="Times New Roman" w:cs="Times New Roman"/>
          <w:bCs/>
          <w:sz w:val="24"/>
          <w:szCs w:val="24"/>
          <w:lang w:val="ru-RU"/>
        </w:rPr>
      </w:pPr>
      <w:r>
        <w:rPr>
          <w:rFonts w:ascii="Times New Roman" w:hAnsi="Times New Roman" w:cs="Times New Roman"/>
          <w:bCs/>
          <w:sz w:val="24"/>
          <w:szCs w:val="24"/>
          <w:lang w:val="ru-RU"/>
        </w:rPr>
        <w:t xml:space="preserve">- </w:t>
      </w:r>
      <w:r w:rsidRPr="004B626C">
        <w:rPr>
          <w:rFonts w:ascii="Times New Roman" w:hAnsi="Times New Roman" w:cs="Times New Roman"/>
          <w:bCs/>
          <w:sz w:val="24"/>
          <w:szCs w:val="24"/>
          <w:lang w:val="ru-RU"/>
        </w:rPr>
        <w:t>уведомить Заказчика о планируемых работах;</w:t>
      </w:r>
    </w:p>
    <w:p w14:paraId="1A3D5840" w14:textId="75A81846" w:rsidR="004B626C" w:rsidRPr="004B626C" w:rsidRDefault="004B626C" w:rsidP="004B626C">
      <w:pPr>
        <w:spacing w:after="0" w:line="240" w:lineRule="auto"/>
        <w:ind w:firstLine="720"/>
        <w:jc w:val="both"/>
        <w:rPr>
          <w:rFonts w:ascii="Times New Roman" w:hAnsi="Times New Roman" w:cs="Times New Roman"/>
          <w:bCs/>
          <w:sz w:val="24"/>
          <w:szCs w:val="24"/>
          <w:lang w:val="ru-RU"/>
        </w:rPr>
      </w:pPr>
      <w:r>
        <w:rPr>
          <w:rFonts w:ascii="Times New Roman" w:hAnsi="Times New Roman" w:cs="Times New Roman"/>
          <w:bCs/>
          <w:sz w:val="24"/>
          <w:szCs w:val="24"/>
          <w:lang w:val="ru-RU"/>
        </w:rPr>
        <w:t xml:space="preserve">- </w:t>
      </w:r>
      <w:r w:rsidRPr="004B626C">
        <w:rPr>
          <w:rFonts w:ascii="Times New Roman" w:hAnsi="Times New Roman" w:cs="Times New Roman"/>
          <w:bCs/>
          <w:sz w:val="24"/>
          <w:szCs w:val="24"/>
          <w:lang w:val="ru-RU"/>
        </w:rPr>
        <w:t>сообщить о возможных рисках, ограничениях и предполагаемом времени простоя;</w:t>
      </w:r>
    </w:p>
    <w:p w14:paraId="3E6F42BA" w14:textId="523076B3" w:rsidR="004B626C" w:rsidRPr="004B626C" w:rsidRDefault="004B626C" w:rsidP="004B626C">
      <w:pPr>
        <w:spacing w:after="0" w:line="240" w:lineRule="auto"/>
        <w:ind w:firstLine="720"/>
        <w:jc w:val="both"/>
        <w:rPr>
          <w:rFonts w:ascii="Times New Roman" w:hAnsi="Times New Roman" w:cs="Times New Roman"/>
          <w:bCs/>
          <w:sz w:val="24"/>
          <w:szCs w:val="24"/>
          <w:lang w:val="ru-RU"/>
        </w:rPr>
      </w:pPr>
      <w:r>
        <w:rPr>
          <w:rFonts w:ascii="Times New Roman" w:hAnsi="Times New Roman" w:cs="Times New Roman"/>
          <w:bCs/>
          <w:sz w:val="24"/>
          <w:szCs w:val="24"/>
          <w:lang w:val="ru-RU"/>
        </w:rPr>
        <w:t xml:space="preserve">- </w:t>
      </w:r>
      <w:r w:rsidRPr="004B626C">
        <w:rPr>
          <w:rFonts w:ascii="Times New Roman" w:hAnsi="Times New Roman" w:cs="Times New Roman"/>
          <w:bCs/>
          <w:sz w:val="24"/>
          <w:szCs w:val="24"/>
          <w:lang w:val="ru-RU"/>
        </w:rPr>
        <w:t>убедиться в наличии актуальной резервной копии информационной базы либо создать такую копию, если резервное копирование входит в состав услуг по настоящему Договору;</w:t>
      </w:r>
    </w:p>
    <w:p w14:paraId="5686797B" w14:textId="4FD64591" w:rsidR="004B626C" w:rsidRDefault="004B626C" w:rsidP="004B626C">
      <w:pPr>
        <w:spacing w:after="0" w:line="240" w:lineRule="auto"/>
        <w:ind w:firstLine="720"/>
        <w:jc w:val="both"/>
        <w:rPr>
          <w:rFonts w:ascii="Times New Roman" w:hAnsi="Times New Roman" w:cs="Times New Roman"/>
          <w:bCs/>
          <w:sz w:val="24"/>
          <w:szCs w:val="24"/>
          <w:lang w:val="ru-RU"/>
        </w:rPr>
      </w:pPr>
      <w:r>
        <w:rPr>
          <w:rFonts w:ascii="Times New Roman" w:hAnsi="Times New Roman" w:cs="Times New Roman"/>
          <w:bCs/>
          <w:sz w:val="24"/>
          <w:szCs w:val="24"/>
          <w:lang w:val="ru-RU"/>
        </w:rPr>
        <w:t xml:space="preserve">- </w:t>
      </w:r>
      <w:r w:rsidRPr="004B626C">
        <w:rPr>
          <w:rFonts w:ascii="Times New Roman" w:hAnsi="Times New Roman" w:cs="Times New Roman"/>
          <w:bCs/>
          <w:sz w:val="24"/>
          <w:szCs w:val="24"/>
          <w:lang w:val="ru-RU"/>
        </w:rPr>
        <w:t>согласовать с Заказчиком время проведения работ.</w:t>
      </w:r>
    </w:p>
    <w:p w14:paraId="1B847E09" w14:textId="2D1A2FEE" w:rsidR="004B626C" w:rsidRPr="004B626C" w:rsidRDefault="004B626C" w:rsidP="004B626C">
      <w:pPr>
        <w:spacing w:after="0" w:line="240" w:lineRule="auto"/>
        <w:ind w:firstLine="720"/>
        <w:jc w:val="both"/>
        <w:rPr>
          <w:rFonts w:ascii="Times New Roman" w:hAnsi="Times New Roman" w:cs="Times New Roman"/>
          <w:bCs/>
          <w:sz w:val="24"/>
          <w:szCs w:val="24"/>
          <w:lang w:val="ru-RU"/>
        </w:rPr>
      </w:pPr>
      <w:r>
        <w:rPr>
          <w:rFonts w:ascii="Times New Roman" w:hAnsi="Times New Roman" w:cs="Times New Roman"/>
          <w:bCs/>
          <w:sz w:val="24"/>
          <w:szCs w:val="24"/>
          <w:lang w:val="ru-RU"/>
        </w:rPr>
        <w:t xml:space="preserve">4.2.5. </w:t>
      </w:r>
      <w:r w:rsidRPr="004B626C">
        <w:rPr>
          <w:rFonts w:ascii="Times New Roman" w:hAnsi="Times New Roman" w:cs="Times New Roman"/>
          <w:bCs/>
          <w:sz w:val="24"/>
          <w:szCs w:val="24"/>
          <w:lang w:val="ru-RU"/>
        </w:rPr>
        <w:t>В случае если установка обновления или программного обеспечения привела по вине Исполнителя к сбою в работе программы «1С», утрате, повреждению или искажению данных, нарушению интеграций либо невозможности использования программы, И</w:t>
      </w:r>
      <w:r>
        <w:rPr>
          <w:rFonts w:ascii="Times New Roman" w:hAnsi="Times New Roman" w:cs="Times New Roman"/>
          <w:bCs/>
          <w:sz w:val="24"/>
          <w:szCs w:val="24"/>
          <w:lang w:val="ru-RU"/>
        </w:rPr>
        <w:t>сполнитель обязан за свой счет:</w:t>
      </w:r>
    </w:p>
    <w:p w14:paraId="44E3D824" w14:textId="03171AA4" w:rsidR="004B626C" w:rsidRPr="004B626C" w:rsidRDefault="004B626C" w:rsidP="004B626C">
      <w:pPr>
        <w:spacing w:after="0" w:line="240" w:lineRule="auto"/>
        <w:ind w:firstLine="720"/>
        <w:jc w:val="both"/>
        <w:rPr>
          <w:rFonts w:ascii="Times New Roman" w:hAnsi="Times New Roman" w:cs="Times New Roman"/>
          <w:bCs/>
          <w:sz w:val="24"/>
          <w:szCs w:val="24"/>
          <w:lang w:val="ru-RU"/>
        </w:rPr>
      </w:pPr>
      <w:r>
        <w:rPr>
          <w:rFonts w:ascii="Times New Roman" w:hAnsi="Times New Roman" w:cs="Times New Roman"/>
          <w:bCs/>
          <w:sz w:val="24"/>
          <w:szCs w:val="24"/>
          <w:lang w:val="ru-RU"/>
        </w:rPr>
        <w:t xml:space="preserve">- </w:t>
      </w:r>
      <w:r w:rsidRPr="004B626C">
        <w:rPr>
          <w:rFonts w:ascii="Times New Roman" w:hAnsi="Times New Roman" w:cs="Times New Roman"/>
          <w:bCs/>
          <w:sz w:val="24"/>
          <w:szCs w:val="24"/>
          <w:lang w:val="ru-RU"/>
        </w:rPr>
        <w:t>незамедлительно приступить к устранению последствий;</w:t>
      </w:r>
    </w:p>
    <w:p w14:paraId="73E7B1BF" w14:textId="61A15DF3" w:rsidR="004B626C" w:rsidRPr="004B626C" w:rsidRDefault="004B626C" w:rsidP="004B626C">
      <w:pPr>
        <w:spacing w:after="0" w:line="240" w:lineRule="auto"/>
        <w:ind w:firstLine="720"/>
        <w:jc w:val="both"/>
        <w:rPr>
          <w:rFonts w:ascii="Times New Roman" w:hAnsi="Times New Roman" w:cs="Times New Roman"/>
          <w:bCs/>
          <w:sz w:val="24"/>
          <w:szCs w:val="24"/>
          <w:lang w:val="ru-RU"/>
        </w:rPr>
      </w:pPr>
      <w:r>
        <w:rPr>
          <w:rFonts w:ascii="Times New Roman" w:hAnsi="Times New Roman" w:cs="Times New Roman"/>
          <w:bCs/>
          <w:sz w:val="24"/>
          <w:szCs w:val="24"/>
          <w:lang w:val="ru-RU"/>
        </w:rPr>
        <w:t xml:space="preserve">- </w:t>
      </w:r>
      <w:r w:rsidRPr="004B626C">
        <w:rPr>
          <w:rFonts w:ascii="Times New Roman" w:hAnsi="Times New Roman" w:cs="Times New Roman"/>
          <w:bCs/>
          <w:sz w:val="24"/>
          <w:szCs w:val="24"/>
          <w:lang w:val="ru-RU"/>
        </w:rPr>
        <w:t>восстановить работоспособность программы;</w:t>
      </w:r>
    </w:p>
    <w:p w14:paraId="1A9ACFF8" w14:textId="7A8D7B53" w:rsidR="004B626C" w:rsidRPr="004B626C" w:rsidRDefault="004B626C" w:rsidP="004B626C">
      <w:pPr>
        <w:spacing w:after="0" w:line="240" w:lineRule="auto"/>
        <w:ind w:firstLine="720"/>
        <w:jc w:val="both"/>
        <w:rPr>
          <w:rFonts w:ascii="Times New Roman" w:hAnsi="Times New Roman" w:cs="Times New Roman"/>
          <w:bCs/>
          <w:sz w:val="24"/>
          <w:szCs w:val="24"/>
          <w:lang w:val="ru-RU"/>
        </w:rPr>
      </w:pPr>
      <w:r>
        <w:rPr>
          <w:rFonts w:ascii="Times New Roman" w:hAnsi="Times New Roman" w:cs="Times New Roman"/>
          <w:bCs/>
          <w:sz w:val="24"/>
          <w:szCs w:val="24"/>
          <w:lang w:val="ru-RU"/>
        </w:rPr>
        <w:t xml:space="preserve">- </w:t>
      </w:r>
      <w:r w:rsidRPr="004B626C">
        <w:rPr>
          <w:rFonts w:ascii="Times New Roman" w:hAnsi="Times New Roman" w:cs="Times New Roman"/>
          <w:bCs/>
          <w:sz w:val="24"/>
          <w:szCs w:val="24"/>
          <w:lang w:val="ru-RU"/>
        </w:rPr>
        <w:t>восстановить данные из резервной копии либо иным доступным способом;</w:t>
      </w:r>
    </w:p>
    <w:p w14:paraId="40292001" w14:textId="6AFB32E5" w:rsidR="004B626C" w:rsidRPr="004B626C" w:rsidRDefault="004B626C" w:rsidP="004B626C">
      <w:pPr>
        <w:spacing w:after="0" w:line="240" w:lineRule="auto"/>
        <w:ind w:firstLine="720"/>
        <w:jc w:val="both"/>
        <w:rPr>
          <w:rFonts w:ascii="Times New Roman" w:hAnsi="Times New Roman" w:cs="Times New Roman"/>
          <w:bCs/>
          <w:sz w:val="24"/>
          <w:szCs w:val="24"/>
          <w:lang w:val="ru-RU"/>
        </w:rPr>
      </w:pPr>
      <w:r>
        <w:rPr>
          <w:rFonts w:ascii="Times New Roman" w:hAnsi="Times New Roman" w:cs="Times New Roman"/>
          <w:bCs/>
          <w:sz w:val="24"/>
          <w:szCs w:val="24"/>
          <w:lang w:val="ru-RU"/>
        </w:rPr>
        <w:t xml:space="preserve">- </w:t>
      </w:r>
      <w:r w:rsidRPr="004B626C">
        <w:rPr>
          <w:rFonts w:ascii="Times New Roman" w:hAnsi="Times New Roman" w:cs="Times New Roman"/>
          <w:bCs/>
          <w:sz w:val="24"/>
          <w:szCs w:val="24"/>
          <w:lang w:val="ru-RU"/>
        </w:rPr>
        <w:t>устранить выявленные ошибки и недостатки;</w:t>
      </w:r>
    </w:p>
    <w:p w14:paraId="6A37AE6E" w14:textId="1832A766" w:rsidR="004B626C" w:rsidRDefault="004B626C" w:rsidP="004B626C">
      <w:pPr>
        <w:spacing w:after="0" w:line="240" w:lineRule="auto"/>
        <w:ind w:firstLine="720"/>
        <w:jc w:val="both"/>
        <w:rPr>
          <w:rFonts w:ascii="Times New Roman" w:hAnsi="Times New Roman" w:cs="Times New Roman"/>
          <w:bCs/>
          <w:sz w:val="24"/>
          <w:szCs w:val="24"/>
          <w:lang w:val="ru-RU"/>
        </w:rPr>
      </w:pPr>
      <w:r>
        <w:rPr>
          <w:rFonts w:ascii="Times New Roman" w:hAnsi="Times New Roman" w:cs="Times New Roman"/>
          <w:bCs/>
          <w:sz w:val="24"/>
          <w:szCs w:val="24"/>
          <w:lang w:val="ru-RU"/>
        </w:rPr>
        <w:t xml:space="preserve">- </w:t>
      </w:r>
      <w:r w:rsidRPr="004B626C">
        <w:rPr>
          <w:rFonts w:ascii="Times New Roman" w:hAnsi="Times New Roman" w:cs="Times New Roman"/>
          <w:bCs/>
          <w:sz w:val="24"/>
          <w:szCs w:val="24"/>
          <w:lang w:val="ru-RU"/>
        </w:rPr>
        <w:t>возместить Заказчику документально подтвержденные убытки в пределах, установленных настоящим Договором.</w:t>
      </w:r>
    </w:p>
    <w:p w14:paraId="4C0FCA36" w14:textId="7B9E38A7" w:rsidR="008116F2" w:rsidRDefault="004B626C" w:rsidP="008116F2">
      <w:pPr>
        <w:spacing w:after="0" w:line="240" w:lineRule="auto"/>
        <w:ind w:firstLine="720"/>
        <w:jc w:val="both"/>
        <w:rPr>
          <w:rFonts w:ascii="Times New Roman" w:hAnsi="Times New Roman" w:cs="Times New Roman"/>
          <w:bCs/>
          <w:sz w:val="24"/>
          <w:szCs w:val="24"/>
          <w:lang w:val="ru-RU"/>
        </w:rPr>
      </w:pPr>
      <w:r>
        <w:rPr>
          <w:rFonts w:ascii="Times New Roman" w:hAnsi="Times New Roman" w:cs="Times New Roman"/>
          <w:bCs/>
          <w:sz w:val="24"/>
          <w:szCs w:val="24"/>
          <w:lang w:val="ru-RU"/>
        </w:rPr>
        <w:t>4.2.6</w:t>
      </w:r>
      <w:r w:rsidR="008116F2">
        <w:rPr>
          <w:rFonts w:ascii="Times New Roman" w:hAnsi="Times New Roman" w:cs="Times New Roman"/>
          <w:bCs/>
          <w:sz w:val="24"/>
          <w:szCs w:val="24"/>
          <w:lang w:val="ru-RU"/>
        </w:rPr>
        <w:t xml:space="preserve">. </w:t>
      </w:r>
      <w:r w:rsidR="008116F2" w:rsidRPr="008116F2">
        <w:rPr>
          <w:rFonts w:ascii="Times New Roman" w:hAnsi="Times New Roman" w:cs="Times New Roman"/>
          <w:sz w:val="24"/>
          <w:szCs w:val="24"/>
          <w:lang w:val="ru-RU"/>
        </w:rPr>
        <w:t xml:space="preserve">Исполнитель обязан в срок не позднее 1 (одного) часа отреагировать на </w:t>
      </w:r>
      <w:r w:rsidR="008116F2" w:rsidRPr="008116F2">
        <w:rPr>
          <w:rFonts w:ascii="Times New Roman" w:hAnsi="Times New Roman" w:cs="Times New Roman"/>
          <w:bCs/>
          <w:sz w:val="24"/>
          <w:szCs w:val="24"/>
          <w:lang w:val="ru-RU"/>
        </w:rPr>
        <w:t>критический инцидент (сбой сервера / недоступность базы),</w:t>
      </w:r>
      <w:r w:rsidR="008116F2">
        <w:rPr>
          <w:rFonts w:ascii="Times New Roman" w:hAnsi="Times New Roman" w:cs="Times New Roman"/>
          <w:bCs/>
          <w:sz w:val="24"/>
          <w:szCs w:val="24"/>
          <w:lang w:val="ru-RU"/>
        </w:rPr>
        <w:t xml:space="preserve"> и</w:t>
      </w:r>
      <w:r w:rsidR="008116F2" w:rsidRPr="008116F2">
        <w:rPr>
          <w:rFonts w:ascii="Times New Roman" w:hAnsi="Times New Roman" w:cs="Times New Roman"/>
          <w:bCs/>
          <w:sz w:val="24"/>
          <w:szCs w:val="24"/>
          <w:lang w:val="ru-RU"/>
        </w:rPr>
        <w:t xml:space="preserve"> в срок не позднее 4 (четырех) часов отреагировать на стандартные консультационные, серверные и технические задачи.</w:t>
      </w:r>
    </w:p>
    <w:p w14:paraId="184022D9" w14:textId="44D5F2ED" w:rsidR="008116F2" w:rsidRPr="008116F2" w:rsidRDefault="004B626C" w:rsidP="008116F2">
      <w:pPr>
        <w:spacing w:after="0" w:line="240" w:lineRule="auto"/>
        <w:ind w:firstLine="720"/>
        <w:jc w:val="both"/>
        <w:rPr>
          <w:rFonts w:ascii="Times New Roman" w:hAnsi="Times New Roman" w:cs="Times New Roman"/>
          <w:bCs/>
          <w:sz w:val="24"/>
          <w:szCs w:val="24"/>
          <w:lang w:val="ru-RU"/>
        </w:rPr>
      </w:pPr>
      <w:r>
        <w:rPr>
          <w:rFonts w:ascii="Times New Roman" w:hAnsi="Times New Roman" w:cs="Times New Roman"/>
          <w:bCs/>
          <w:sz w:val="24"/>
          <w:szCs w:val="24"/>
          <w:lang w:val="ru-RU"/>
        </w:rPr>
        <w:t>4.2.7</w:t>
      </w:r>
      <w:r w:rsidR="008116F2">
        <w:rPr>
          <w:rFonts w:ascii="Times New Roman" w:hAnsi="Times New Roman" w:cs="Times New Roman"/>
          <w:bCs/>
          <w:sz w:val="24"/>
          <w:szCs w:val="24"/>
          <w:lang w:val="ru-RU"/>
        </w:rPr>
        <w:t xml:space="preserve">. </w:t>
      </w:r>
      <w:r w:rsidR="008116F2" w:rsidRPr="008116F2">
        <w:rPr>
          <w:rFonts w:ascii="Times New Roman" w:hAnsi="Times New Roman" w:cs="Times New Roman"/>
          <w:bCs/>
          <w:sz w:val="24"/>
          <w:szCs w:val="24"/>
          <w:lang w:val="ru-RU"/>
        </w:rPr>
        <w:t xml:space="preserve">Исполнитель обязан за свой счет устранить выявленные по его вине недостатки в работе программы «1С», если такие </w:t>
      </w:r>
      <w:r w:rsidR="008116F2">
        <w:rPr>
          <w:rFonts w:ascii="Times New Roman" w:hAnsi="Times New Roman" w:cs="Times New Roman"/>
          <w:bCs/>
          <w:sz w:val="24"/>
          <w:szCs w:val="24"/>
          <w:lang w:val="ru-RU"/>
        </w:rPr>
        <w:t>недостатки возникли вследствие:</w:t>
      </w:r>
    </w:p>
    <w:p w14:paraId="6F85ABDB" w14:textId="5173FFF0" w:rsidR="008116F2" w:rsidRPr="008116F2" w:rsidRDefault="008116F2" w:rsidP="008116F2">
      <w:pPr>
        <w:spacing w:after="0" w:line="240" w:lineRule="auto"/>
        <w:ind w:firstLine="720"/>
        <w:jc w:val="both"/>
        <w:rPr>
          <w:rFonts w:ascii="Times New Roman" w:hAnsi="Times New Roman" w:cs="Times New Roman"/>
          <w:bCs/>
          <w:sz w:val="24"/>
          <w:szCs w:val="24"/>
          <w:lang w:val="ru-RU"/>
        </w:rPr>
      </w:pPr>
      <w:r>
        <w:rPr>
          <w:rFonts w:ascii="Times New Roman" w:hAnsi="Times New Roman" w:cs="Times New Roman"/>
          <w:bCs/>
          <w:sz w:val="24"/>
          <w:szCs w:val="24"/>
          <w:lang w:val="ru-RU"/>
        </w:rPr>
        <w:t xml:space="preserve">- </w:t>
      </w:r>
      <w:r w:rsidRPr="008116F2">
        <w:rPr>
          <w:rFonts w:ascii="Times New Roman" w:hAnsi="Times New Roman" w:cs="Times New Roman"/>
          <w:bCs/>
          <w:sz w:val="24"/>
          <w:szCs w:val="24"/>
          <w:lang w:val="ru-RU"/>
        </w:rPr>
        <w:t>ошибочных действий Исполнителя при настройке, обновлении или доработке программы;</w:t>
      </w:r>
    </w:p>
    <w:p w14:paraId="761EE645" w14:textId="16C67872" w:rsidR="008116F2" w:rsidRPr="008116F2" w:rsidRDefault="008116F2" w:rsidP="008116F2">
      <w:pPr>
        <w:spacing w:after="0" w:line="240" w:lineRule="auto"/>
        <w:ind w:firstLine="720"/>
        <w:jc w:val="both"/>
        <w:rPr>
          <w:rFonts w:ascii="Times New Roman" w:hAnsi="Times New Roman" w:cs="Times New Roman"/>
          <w:bCs/>
          <w:sz w:val="24"/>
          <w:szCs w:val="24"/>
          <w:lang w:val="ru-RU"/>
        </w:rPr>
      </w:pPr>
      <w:r>
        <w:rPr>
          <w:rFonts w:ascii="Times New Roman" w:hAnsi="Times New Roman" w:cs="Times New Roman"/>
          <w:bCs/>
          <w:sz w:val="24"/>
          <w:szCs w:val="24"/>
          <w:lang w:val="ru-RU"/>
        </w:rPr>
        <w:t xml:space="preserve">- </w:t>
      </w:r>
      <w:r w:rsidRPr="008116F2">
        <w:rPr>
          <w:rFonts w:ascii="Times New Roman" w:hAnsi="Times New Roman" w:cs="Times New Roman"/>
          <w:bCs/>
          <w:sz w:val="24"/>
          <w:szCs w:val="24"/>
          <w:lang w:val="ru-RU"/>
        </w:rPr>
        <w:t>некачественного выполнения работ;</w:t>
      </w:r>
    </w:p>
    <w:p w14:paraId="1A74CCB2" w14:textId="52C9293B" w:rsidR="008116F2" w:rsidRPr="008116F2" w:rsidRDefault="008116F2" w:rsidP="008116F2">
      <w:pPr>
        <w:spacing w:after="0" w:line="240" w:lineRule="auto"/>
        <w:ind w:firstLine="720"/>
        <w:jc w:val="both"/>
        <w:rPr>
          <w:rFonts w:ascii="Times New Roman" w:hAnsi="Times New Roman" w:cs="Times New Roman"/>
          <w:bCs/>
          <w:sz w:val="24"/>
          <w:szCs w:val="24"/>
          <w:lang w:val="ru-RU"/>
        </w:rPr>
      </w:pPr>
      <w:r>
        <w:rPr>
          <w:rFonts w:ascii="Times New Roman" w:hAnsi="Times New Roman" w:cs="Times New Roman"/>
          <w:bCs/>
          <w:sz w:val="24"/>
          <w:szCs w:val="24"/>
          <w:lang w:val="ru-RU"/>
        </w:rPr>
        <w:t xml:space="preserve">- </w:t>
      </w:r>
      <w:r w:rsidRPr="008116F2">
        <w:rPr>
          <w:rFonts w:ascii="Times New Roman" w:hAnsi="Times New Roman" w:cs="Times New Roman"/>
          <w:bCs/>
          <w:sz w:val="24"/>
          <w:szCs w:val="24"/>
          <w:lang w:val="ru-RU"/>
        </w:rPr>
        <w:t>нарушения согласованных процедур обслуживания;</w:t>
      </w:r>
    </w:p>
    <w:p w14:paraId="448A0E6C" w14:textId="6F737ED1" w:rsidR="008116F2" w:rsidRDefault="008116F2" w:rsidP="008116F2">
      <w:pPr>
        <w:spacing w:after="0" w:line="240" w:lineRule="auto"/>
        <w:ind w:firstLine="720"/>
        <w:jc w:val="both"/>
        <w:rPr>
          <w:rFonts w:ascii="Times New Roman" w:hAnsi="Times New Roman" w:cs="Times New Roman"/>
          <w:bCs/>
          <w:sz w:val="24"/>
          <w:szCs w:val="24"/>
          <w:lang w:val="ru-RU"/>
        </w:rPr>
      </w:pPr>
      <w:r>
        <w:rPr>
          <w:rFonts w:ascii="Times New Roman" w:hAnsi="Times New Roman" w:cs="Times New Roman"/>
          <w:bCs/>
          <w:sz w:val="24"/>
          <w:szCs w:val="24"/>
          <w:lang w:val="ru-RU"/>
        </w:rPr>
        <w:t xml:space="preserve">- </w:t>
      </w:r>
      <w:r w:rsidRPr="008116F2">
        <w:rPr>
          <w:rFonts w:ascii="Times New Roman" w:hAnsi="Times New Roman" w:cs="Times New Roman"/>
          <w:bCs/>
          <w:sz w:val="24"/>
          <w:szCs w:val="24"/>
          <w:lang w:val="ru-RU"/>
        </w:rPr>
        <w:t>утраты или повреждения данных по вине Исполнителя.</w:t>
      </w:r>
    </w:p>
    <w:p w14:paraId="3A9DF479" w14:textId="38048A8C" w:rsidR="008116F2" w:rsidRPr="008116F2" w:rsidRDefault="008116F2" w:rsidP="008116F2">
      <w:pPr>
        <w:spacing w:after="0" w:line="240" w:lineRule="auto"/>
        <w:ind w:firstLine="720"/>
        <w:jc w:val="both"/>
        <w:rPr>
          <w:rFonts w:ascii="Times New Roman" w:hAnsi="Times New Roman" w:cs="Times New Roman"/>
          <w:bCs/>
          <w:sz w:val="24"/>
          <w:szCs w:val="24"/>
          <w:lang w:val="ru-RU"/>
        </w:rPr>
      </w:pPr>
      <w:r>
        <w:rPr>
          <w:rFonts w:ascii="Times New Roman" w:hAnsi="Times New Roman" w:cs="Times New Roman"/>
          <w:bCs/>
          <w:sz w:val="24"/>
          <w:szCs w:val="24"/>
          <w:lang w:val="ru-RU"/>
        </w:rPr>
        <w:lastRenderedPageBreak/>
        <w:t>4.2.</w:t>
      </w:r>
      <w:r w:rsidR="004B626C">
        <w:rPr>
          <w:rFonts w:ascii="Times New Roman" w:hAnsi="Times New Roman" w:cs="Times New Roman"/>
          <w:bCs/>
          <w:sz w:val="24"/>
          <w:szCs w:val="24"/>
          <w:lang w:val="ru-RU"/>
        </w:rPr>
        <w:t>8</w:t>
      </w:r>
      <w:r>
        <w:rPr>
          <w:rFonts w:ascii="Times New Roman" w:hAnsi="Times New Roman" w:cs="Times New Roman"/>
          <w:bCs/>
          <w:sz w:val="24"/>
          <w:szCs w:val="24"/>
          <w:lang w:val="ru-RU"/>
        </w:rPr>
        <w:t>.</w:t>
      </w:r>
      <w:r w:rsidRPr="008116F2">
        <w:rPr>
          <w:lang w:val="ru-RU"/>
        </w:rPr>
        <w:t xml:space="preserve"> </w:t>
      </w:r>
      <w:r w:rsidRPr="008116F2">
        <w:rPr>
          <w:rFonts w:ascii="Times New Roman" w:hAnsi="Times New Roman" w:cs="Times New Roman"/>
          <w:bCs/>
          <w:sz w:val="24"/>
          <w:szCs w:val="24"/>
          <w:lang w:val="ru-RU"/>
        </w:rPr>
        <w:t>В случае утраты, повреждения или искажения информационной базы либо иных данных Заказчика по вине Исполнителя последний обязан:</w:t>
      </w:r>
    </w:p>
    <w:p w14:paraId="58B89754" w14:textId="3E37312F" w:rsidR="008116F2" w:rsidRPr="008116F2" w:rsidRDefault="008116F2" w:rsidP="008116F2">
      <w:pPr>
        <w:spacing w:after="0" w:line="240" w:lineRule="auto"/>
        <w:ind w:firstLine="720"/>
        <w:jc w:val="both"/>
        <w:rPr>
          <w:rFonts w:ascii="Times New Roman" w:hAnsi="Times New Roman" w:cs="Times New Roman"/>
          <w:bCs/>
          <w:sz w:val="24"/>
          <w:szCs w:val="24"/>
          <w:lang w:val="ru-RU"/>
        </w:rPr>
      </w:pPr>
      <w:r>
        <w:rPr>
          <w:rFonts w:ascii="Times New Roman" w:hAnsi="Times New Roman" w:cs="Times New Roman"/>
          <w:bCs/>
          <w:sz w:val="24"/>
          <w:szCs w:val="24"/>
          <w:lang w:val="ru-RU"/>
        </w:rPr>
        <w:t xml:space="preserve">- </w:t>
      </w:r>
      <w:r w:rsidRPr="008116F2">
        <w:rPr>
          <w:rFonts w:ascii="Times New Roman" w:hAnsi="Times New Roman" w:cs="Times New Roman"/>
          <w:bCs/>
          <w:sz w:val="24"/>
          <w:szCs w:val="24"/>
          <w:lang w:val="ru-RU"/>
        </w:rPr>
        <w:t>незамедлительно уведомить об этом Заказчика;</w:t>
      </w:r>
    </w:p>
    <w:p w14:paraId="3C925565" w14:textId="6FD71CCB" w:rsidR="008116F2" w:rsidRPr="008116F2" w:rsidRDefault="008116F2" w:rsidP="008116F2">
      <w:pPr>
        <w:spacing w:after="0" w:line="240" w:lineRule="auto"/>
        <w:ind w:firstLine="720"/>
        <w:jc w:val="both"/>
        <w:rPr>
          <w:rFonts w:ascii="Times New Roman" w:hAnsi="Times New Roman" w:cs="Times New Roman"/>
          <w:bCs/>
          <w:sz w:val="24"/>
          <w:szCs w:val="24"/>
          <w:lang w:val="ru-RU"/>
        </w:rPr>
      </w:pPr>
      <w:r>
        <w:rPr>
          <w:rFonts w:ascii="Times New Roman" w:hAnsi="Times New Roman" w:cs="Times New Roman"/>
          <w:bCs/>
          <w:sz w:val="24"/>
          <w:szCs w:val="24"/>
          <w:lang w:val="ru-RU"/>
        </w:rPr>
        <w:t>-</w:t>
      </w:r>
      <w:r w:rsidRPr="008116F2">
        <w:rPr>
          <w:rFonts w:ascii="Times New Roman" w:hAnsi="Times New Roman" w:cs="Times New Roman"/>
          <w:bCs/>
          <w:sz w:val="24"/>
          <w:szCs w:val="24"/>
          <w:lang w:val="ru-RU"/>
        </w:rPr>
        <w:t xml:space="preserve"> принять меры по восстановлению данных;</w:t>
      </w:r>
    </w:p>
    <w:p w14:paraId="54E2E266" w14:textId="17239B46" w:rsidR="008116F2" w:rsidRPr="008116F2" w:rsidRDefault="008116F2" w:rsidP="008116F2">
      <w:pPr>
        <w:spacing w:after="0" w:line="240" w:lineRule="auto"/>
        <w:ind w:firstLine="720"/>
        <w:jc w:val="both"/>
        <w:rPr>
          <w:rFonts w:ascii="Times New Roman" w:hAnsi="Times New Roman" w:cs="Times New Roman"/>
          <w:bCs/>
          <w:sz w:val="24"/>
          <w:szCs w:val="24"/>
          <w:lang w:val="ru-RU"/>
        </w:rPr>
      </w:pPr>
      <w:r>
        <w:rPr>
          <w:rFonts w:ascii="Times New Roman" w:hAnsi="Times New Roman" w:cs="Times New Roman"/>
          <w:bCs/>
          <w:sz w:val="24"/>
          <w:szCs w:val="24"/>
          <w:lang w:val="ru-RU"/>
        </w:rPr>
        <w:t>-</w:t>
      </w:r>
      <w:r w:rsidRPr="008116F2">
        <w:rPr>
          <w:rFonts w:ascii="Times New Roman" w:hAnsi="Times New Roman" w:cs="Times New Roman"/>
          <w:bCs/>
          <w:sz w:val="24"/>
          <w:szCs w:val="24"/>
          <w:lang w:val="ru-RU"/>
        </w:rPr>
        <w:t xml:space="preserve"> восстановить данные из имеющихся резервных копий либо иным доступным способом;</w:t>
      </w:r>
    </w:p>
    <w:p w14:paraId="3CD50925" w14:textId="26A7D54C" w:rsidR="008116F2" w:rsidRDefault="008116F2" w:rsidP="008116F2">
      <w:pPr>
        <w:spacing w:after="0" w:line="240" w:lineRule="auto"/>
        <w:ind w:firstLine="720"/>
        <w:jc w:val="both"/>
        <w:rPr>
          <w:rFonts w:ascii="Times New Roman" w:hAnsi="Times New Roman" w:cs="Times New Roman"/>
          <w:bCs/>
          <w:sz w:val="24"/>
          <w:szCs w:val="24"/>
          <w:lang w:val="ru-RU"/>
        </w:rPr>
      </w:pPr>
      <w:r>
        <w:rPr>
          <w:rFonts w:ascii="Times New Roman" w:hAnsi="Times New Roman" w:cs="Times New Roman"/>
          <w:bCs/>
          <w:sz w:val="24"/>
          <w:szCs w:val="24"/>
          <w:lang w:val="ru-RU"/>
        </w:rPr>
        <w:t>-</w:t>
      </w:r>
      <w:r w:rsidRPr="008116F2">
        <w:rPr>
          <w:rFonts w:ascii="Times New Roman" w:hAnsi="Times New Roman" w:cs="Times New Roman"/>
          <w:bCs/>
          <w:sz w:val="24"/>
          <w:szCs w:val="24"/>
          <w:lang w:val="ru-RU"/>
        </w:rPr>
        <w:t xml:space="preserve"> возместить документально подтвержденные убытки Заказчика, возникшие вследствие таких действий, в пределах, установленных настоящим Договором.</w:t>
      </w:r>
    </w:p>
    <w:p w14:paraId="7AE16DD9" w14:textId="77777777" w:rsidR="005F043D" w:rsidRPr="008E7C1C" w:rsidRDefault="005F043D" w:rsidP="005F043D">
      <w:pPr>
        <w:spacing w:after="0" w:line="240" w:lineRule="auto"/>
        <w:ind w:firstLine="720"/>
        <w:jc w:val="both"/>
        <w:rPr>
          <w:rFonts w:ascii="Times New Roman" w:hAnsi="Times New Roman" w:cs="Times New Roman"/>
          <w:sz w:val="24"/>
          <w:szCs w:val="24"/>
          <w:lang w:val="ru-RU"/>
        </w:rPr>
      </w:pPr>
    </w:p>
    <w:p w14:paraId="68F1A878" w14:textId="77777777" w:rsidR="00C565BC" w:rsidRPr="008E7C1C" w:rsidRDefault="008E7C1C" w:rsidP="005F043D">
      <w:pPr>
        <w:spacing w:after="0" w:line="240" w:lineRule="auto"/>
        <w:ind w:firstLine="720"/>
        <w:jc w:val="center"/>
        <w:rPr>
          <w:rFonts w:ascii="Times New Roman" w:hAnsi="Times New Roman" w:cs="Times New Roman"/>
          <w:sz w:val="24"/>
          <w:szCs w:val="24"/>
          <w:lang w:val="ru-RU"/>
        </w:rPr>
      </w:pPr>
      <w:r w:rsidRPr="008E7C1C">
        <w:rPr>
          <w:rFonts w:ascii="Times New Roman" w:hAnsi="Times New Roman" w:cs="Times New Roman"/>
          <w:b/>
          <w:sz w:val="24"/>
          <w:szCs w:val="24"/>
          <w:lang w:val="ru-RU"/>
        </w:rPr>
        <w:t>5. СДАЧА-ПРИЕМКА УСЛУГ</w:t>
      </w:r>
    </w:p>
    <w:p w14:paraId="19D8FB2F" w14:textId="77777777" w:rsidR="00C565BC" w:rsidRPr="008E7C1C" w:rsidRDefault="008E7C1C" w:rsidP="005F043D">
      <w:pPr>
        <w:spacing w:after="0" w:line="240" w:lineRule="auto"/>
        <w:ind w:firstLine="720"/>
        <w:jc w:val="both"/>
        <w:rPr>
          <w:rFonts w:ascii="Times New Roman" w:hAnsi="Times New Roman" w:cs="Times New Roman"/>
          <w:sz w:val="24"/>
          <w:szCs w:val="24"/>
          <w:lang w:val="ru-RU"/>
        </w:rPr>
      </w:pPr>
      <w:r w:rsidRPr="008E7C1C">
        <w:rPr>
          <w:rFonts w:ascii="Times New Roman" w:hAnsi="Times New Roman" w:cs="Times New Roman"/>
          <w:sz w:val="24"/>
          <w:szCs w:val="24"/>
          <w:lang w:val="ru-RU"/>
        </w:rPr>
        <w:t>5.1. По завершении календарного месяца Исполнитель направляет Заказчику Реестр оказанных услуг и Акт оказанных услуг или Универсальный передаточный документ (далее - Акт). Реестр оказанных услуг (далее - Реестр) составляется по форме согласно Приложению № 2 к настоящему Договору и является неотъемлемой частью настоящего Договора. Акт составляется по форме Исполнителя. Реестр и Акт передаются Заказчику нарочно или направляются в электронном виде (под направлением в электронном виде здесь и далее по тексту Договора имеется в виду направление по адресу электронной почты, указанному в разделе «Реквизиты и подписи Сторон» настоящего Договора, или через систему электронного документооборота (далее – ЭДО)).</w:t>
      </w:r>
    </w:p>
    <w:p w14:paraId="3428E9A8" w14:textId="77777777" w:rsidR="00C565BC" w:rsidRPr="008E7C1C" w:rsidRDefault="008E7C1C" w:rsidP="005F043D">
      <w:pPr>
        <w:spacing w:after="0" w:line="240" w:lineRule="auto"/>
        <w:ind w:firstLine="720"/>
        <w:jc w:val="both"/>
        <w:rPr>
          <w:rFonts w:ascii="Times New Roman" w:hAnsi="Times New Roman" w:cs="Times New Roman"/>
          <w:sz w:val="24"/>
          <w:szCs w:val="24"/>
          <w:lang w:val="ru-RU"/>
        </w:rPr>
      </w:pPr>
      <w:r w:rsidRPr="008E7C1C">
        <w:rPr>
          <w:rFonts w:ascii="Times New Roman" w:hAnsi="Times New Roman" w:cs="Times New Roman"/>
          <w:sz w:val="24"/>
          <w:szCs w:val="24"/>
          <w:lang w:val="ru-RU"/>
        </w:rPr>
        <w:t>5.2. В течение 5 (пяти) рабочих дней с момента получения Реестра и Акта Заказчик обязан либо подписать их, либо представить письменный мотивированный отказ от подписания Реестра и/или Акта в электронном виде.</w:t>
      </w:r>
    </w:p>
    <w:p w14:paraId="2098929F" w14:textId="77777777" w:rsidR="00C565BC" w:rsidRPr="008E7C1C" w:rsidRDefault="008E7C1C" w:rsidP="005F043D">
      <w:pPr>
        <w:spacing w:after="0" w:line="240" w:lineRule="auto"/>
        <w:ind w:firstLine="720"/>
        <w:jc w:val="both"/>
        <w:rPr>
          <w:rFonts w:ascii="Times New Roman" w:hAnsi="Times New Roman" w:cs="Times New Roman"/>
          <w:sz w:val="24"/>
          <w:szCs w:val="24"/>
          <w:lang w:val="ru-RU"/>
        </w:rPr>
      </w:pPr>
      <w:r w:rsidRPr="008E7C1C">
        <w:rPr>
          <w:rFonts w:ascii="Times New Roman" w:hAnsi="Times New Roman" w:cs="Times New Roman"/>
          <w:sz w:val="24"/>
          <w:szCs w:val="24"/>
          <w:lang w:val="ru-RU"/>
        </w:rPr>
        <w:t>5.3. Исполнитель обязуется рассмотреть список замечаний и при их обоснованности устранить в согласованные с Заказчиком разумные сроки, но в любом случае не менее чем в течение 10 (десяти) рабочих дней. В дальнейшем Заказчик имеет право предъявлять претензии и вносить замечания только по внесенным изменениям.</w:t>
      </w:r>
    </w:p>
    <w:p w14:paraId="183DA745" w14:textId="77777777" w:rsidR="00C565BC" w:rsidRPr="008E7C1C" w:rsidRDefault="008E7C1C" w:rsidP="005F043D">
      <w:pPr>
        <w:spacing w:after="0" w:line="240" w:lineRule="auto"/>
        <w:ind w:firstLine="720"/>
        <w:jc w:val="both"/>
        <w:rPr>
          <w:rFonts w:ascii="Times New Roman" w:hAnsi="Times New Roman" w:cs="Times New Roman"/>
          <w:sz w:val="24"/>
          <w:szCs w:val="24"/>
          <w:lang w:val="ru-RU"/>
        </w:rPr>
      </w:pPr>
      <w:r w:rsidRPr="008E7C1C">
        <w:rPr>
          <w:rFonts w:ascii="Times New Roman" w:hAnsi="Times New Roman" w:cs="Times New Roman"/>
          <w:sz w:val="24"/>
          <w:szCs w:val="24"/>
          <w:lang w:val="ru-RU"/>
        </w:rPr>
        <w:t>5.4. Если в течение 5 (пяти) рабочих дней со дня получения от Исполнителя отчетных документов, указанных в п. 5.1. настоящего Договора, в электронном виде Заказчик не предоставит Исполнителю письменный мотивированный отказ от подписания Реестра и/или Акта или отказ будет признан Исполнителем мотивированно необоснованным, Услуги считаются принятыми в полном объеме и подлежат оплате в порядке, предусмотренном п. 6.5. настоящего Договора.</w:t>
      </w:r>
    </w:p>
    <w:p w14:paraId="1046BCD0" w14:textId="153AE664" w:rsidR="00C565BC" w:rsidRPr="008E7C1C" w:rsidRDefault="008E7C1C" w:rsidP="005F043D">
      <w:pPr>
        <w:spacing w:after="0" w:line="240" w:lineRule="auto"/>
        <w:ind w:firstLine="720"/>
        <w:jc w:val="both"/>
        <w:rPr>
          <w:rFonts w:ascii="Times New Roman" w:hAnsi="Times New Roman" w:cs="Times New Roman"/>
          <w:sz w:val="24"/>
          <w:szCs w:val="24"/>
          <w:lang w:val="ru-RU"/>
        </w:rPr>
      </w:pPr>
      <w:r w:rsidRPr="008E7C1C">
        <w:rPr>
          <w:rFonts w:ascii="Times New Roman" w:hAnsi="Times New Roman" w:cs="Times New Roman"/>
          <w:sz w:val="24"/>
          <w:szCs w:val="24"/>
          <w:lang w:val="ru-RU"/>
        </w:rPr>
        <w:t>5.5. Обязательства Исполнителя по настоящему Договору считаются выполненными в случае подписания Заказчиком Актов либо в случае, описанном в п. 5.4. настоящего Договора. Наличие у Заказчика замечаний к оказанным Услугам (результатам работ) дает Заказчику право на предъявление Исполнителю требований согласно ст. 723 ГК РФ в течение 5 (пяти) рабочих дней с даты оказания Услуг (получения результатов работ) в установленном Регламентом порядке, но не дает право на отказ от подписания Акта и отказ от оплаты качественно оказанных Услуг в установленном настоящим Договором порядке.</w:t>
      </w:r>
    </w:p>
    <w:p w14:paraId="0FA550FD" w14:textId="77777777" w:rsidR="005F043D" w:rsidRPr="008E7C1C" w:rsidRDefault="005F043D" w:rsidP="005F043D">
      <w:pPr>
        <w:spacing w:after="0" w:line="240" w:lineRule="auto"/>
        <w:ind w:firstLine="720"/>
        <w:jc w:val="both"/>
        <w:rPr>
          <w:rFonts w:ascii="Times New Roman" w:hAnsi="Times New Roman" w:cs="Times New Roman"/>
          <w:sz w:val="24"/>
          <w:szCs w:val="24"/>
          <w:lang w:val="ru-RU"/>
        </w:rPr>
      </w:pPr>
    </w:p>
    <w:p w14:paraId="04C63AA1" w14:textId="77777777" w:rsidR="00C565BC" w:rsidRPr="008E7C1C" w:rsidRDefault="008E7C1C" w:rsidP="005F043D">
      <w:pPr>
        <w:spacing w:after="0" w:line="240" w:lineRule="auto"/>
        <w:ind w:firstLine="720"/>
        <w:jc w:val="center"/>
        <w:rPr>
          <w:rFonts w:ascii="Times New Roman" w:hAnsi="Times New Roman" w:cs="Times New Roman"/>
          <w:sz w:val="24"/>
          <w:szCs w:val="24"/>
          <w:lang w:val="ru-RU"/>
        </w:rPr>
      </w:pPr>
      <w:r w:rsidRPr="008E7C1C">
        <w:rPr>
          <w:rFonts w:ascii="Times New Roman" w:hAnsi="Times New Roman" w:cs="Times New Roman"/>
          <w:b/>
          <w:sz w:val="24"/>
          <w:szCs w:val="24"/>
          <w:lang w:val="ru-RU"/>
        </w:rPr>
        <w:t>6. СТОИМОСТЬ УСЛУГ, ПОРЯДОК И СРОКИ РАСЧЕТОВ</w:t>
      </w:r>
    </w:p>
    <w:p w14:paraId="43C3D568" w14:textId="77777777" w:rsidR="00C565BC" w:rsidRPr="008E7C1C" w:rsidRDefault="008E7C1C" w:rsidP="005F043D">
      <w:pPr>
        <w:spacing w:after="0" w:line="240" w:lineRule="auto"/>
        <w:ind w:firstLine="720"/>
        <w:jc w:val="both"/>
        <w:rPr>
          <w:rFonts w:ascii="Times New Roman" w:hAnsi="Times New Roman" w:cs="Times New Roman"/>
          <w:sz w:val="24"/>
          <w:szCs w:val="24"/>
          <w:lang w:val="ru-RU"/>
        </w:rPr>
      </w:pPr>
      <w:r w:rsidRPr="008E7C1C">
        <w:rPr>
          <w:rFonts w:ascii="Times New Roman" w:hAnsi="Times New Roman" w:cs="Times New Roman"/>
          <w:sz w:val="24"/>
          <w:szCs w:val="24"/>
          <w:lang w:val="ru-RU"/>
        </w:rPr>
        <w:t>6.1. Расчеты между Заказчиком и Исполнителем производятся в рублях РФ путем безналичного перечисления на расчетный счет Исполнителя. Обязательство по оплате считается надлежаще исполненным в момент зачисления сумм оплаты на расчетный счет Исполнителя.</w:t>
      </w:r>
    </w:p>
    <w:p w14:paraId="4ADEC2FC" w14:textId="77777777" w:rsidR="00C565BC" w:rsidRPr="008E7C1C" w:rsidRDefault="008E7C1C" w:rsidP="005F043D">
      <w:pPr>
        <w:spacing w:after="0" w:line="240" w:lineRule="auto"/>
        <w:ind w:firstLine="720"/>
        <w:jc w:val="both"/>
        <w:rPr>
          <w:rFonts w:ascii="Times New Roman" w:hAnsi="Times New Roman" w:cs="Times New Roman"/>
          <w:sz w:val="24"/>
          <w:szCs w:val="24"/>
          <w:lang w:val="ru-RU"/>
        </w:rPr>
      </w:pPr>
      <w:r w:rsidRPr="008E7C1C">
        <w:rPr>
          <w:rFonts w:ascii="Times New Roman" w:hAnsi="Times New Roman" w:cs="Times New Roman"/>
          <w:sz w:val="24"/>
          <w:szCs w:val="24"/>
          <w:lang w:val="ru-RU"/>
        </w:rPr>
        <w:t>6.2. Стоимость Услуг по настоящему Договору определяется с учетом налога на добавленную стоимость (НДС) в соответствии с налоговым законодательством РФ.</w:t>
      </w:r>
    </w:p>
    <w:p w14:paraId="5EEB0CF8" w14:textId="77777777" w:rsidR="00C565BC" w:rsidRPr="008E7C1C" w:rsidRDefault="008E7C1C" w:rsidP="005F043D">
      <w:pPr>
        <w:spacing w:after="0" w:line="240" w:lineRule="auto"/>
        <w:ind w:firstLine="720"/>
        <w:jc w:val="both"/>
        <w:rPr>
          <w:rFonts w:ascii="Times New Roman" w:hAnsi="Times New Roman" w:cs="Times New Roman"/>
          <w:sz w:val="24"/>
          <w:szCs w:val="24"/>
          <w:lang w:val="ru-RU"/>
        </w:rPr>
      </w:pPr>
      <w:r w:rsidRPr="008E7C1C">
        <w:rPr>
          <w:rFonts w:ascii="Times New Roman" w:hAnsi="Times New Roman" w:cs="Times New Roman"/>
          <w:sz w:val="24"/>
          <w:szCs w:val="24"/>
          <w:lang w:val="ru-RU"/>
        </w:rPr>
        <w:t>6.3. Базовая стоимость оказанных Услуг определяется исходя из объема часов, затраченных на выполнение запроса на оказание Услуги, и стоимости одного часа работы специалиста Исполнителя (ставки специалиста) без учета НДС.</w:t>
      </w:r>
    </w:p>
    <w:p w14:paraId="7A5D749C" w14:textId="71E844C2" w:rsidR="00C565BC" w:rsidRPr="008E7C1C" w:rsidRDefault="008E7C1C" w:rsidP="005F043D">
      <w:pPr>
        <w:spacing w:after="0" w:line="240" w:lineRule="auto"/>
        <w:ind w:firstLine="720"/>
        <w:jc w:val="both"/>
        <w:rPr>
          <w:rFonts w:ascii="Times New Roman" w:hAnsi="Times New Roman" w:cs="Times New Roman"/>
          <w:sz w:val="24"/>
          <w:szCs w:val="24"/>
          <w:lang w:val="ru-RU"/>
        </w:rPr>
      </w:pPr>
      <w:r w:rsidRPr="008E7C1C">
        <w:rPr>
          <w:rFonts w:ascii="Times New Roman" w:hAnsi="Times New Roman" w:cs="Times New Roman"/>
          <w:sz w:val="24"/>
          <w:szCs w:val="24"/>
          <w:lang w:val="ru-RU"/>
        </w:rPr>
        <w:t xml:space="preserve">6.4. Стоимость одного часа работы специалиста Исполнителя составляет </w:t>
      </w:r>
      <w:r w:rsidR="005F043D" w:rsidRPr="008E7C1C">
        <w:rPr>
          <w:rFonts w:ascii="Times New Roman" w:hAnsi="Times New Roman" w:cs="Times New Roman"/>
          <w:sz w:val="24"/>
          <w:szCs w:val="24"/>
          <w:lang w:val="ru-RU"/>
        </w:rPr>
        <w:t>____________</w:t>
      </w:r>
      <w:proofErr w:type="gramStart"/>
      <w:r w:rsidR="005F043D" w:rsidRPr="008E7C1C">
        <w:rPr>
          <w:rFonts w:ascii="Times New Roman" w:hAnsi="Times New Roman" w:cs="Times New Roman"/>
          <w:sz w:val="24"/>
          <w:szCs w:val="24"/>
          <w:lang w:val="ru-RU"/>
        </w:rPr>
        <w:t xml:space="preserve">_(  </w:t>
      </w:r>
      <w:proofErr w:type="gramEnd"/>
      <w:r w:rsidR="005F043D" w:rsidRPr="008E7C1C">
        <w:rPr>
          <w:rFonts w:ascii="Times New Roman" w:hAnsi="Times New Roman" w:cs="Times New Roman"/>
          <w:sz w:val="24"/>
          <w:szCs w:val="24"/>
          <w:lang w:val="ru-RU"/>
        </w:rPr>
        <w:t xml:space="preserve">                 ) рублей, _____</w:t>
      </w:r>
      <w:r w:rsidRPr="008E7C1C">
        <w:rPr>
          <w:rFonts w:ascii="Times New Roman" w:hAnsi="Times New Roman" w:cs="Times New Roman"/>
          <w:sz w:val="24"/>
          <w:szCs w:val="24"/>
          <w:lang w:val="ru-RU"/>
        </w:rPr>
        <w:t xml:space="preserve"> к</w:t>
      </w:r>
      <w:r w:rsidR="00BC12E2" w:rsidRPr="008E7C1C">
        <w:rPr>
          <w:rFonts w:ascii="Times New Roman" w:hAnsi="Times New Roman" w:cs="Times New Roman"/>
          <w:sz w:val="24"/>
          <w:szCs w:val="24"/>
          <w:lang w:val="ru-RU"/>
        </w:rPr>
        <w:t xml:space="preserve">опеек, в том числе НДС__/ без НДС на основании__________________________________. </w:t>
      </w:r>
      <w:r w:rsidRPr="008E7C1C">
        <w:rPr>
          <w:rFonts w:ascii="Times New Roman" w:hAnsi="Times New Roman" w:cs="Times New Roman"/>
          <w:sz w:val="24"/>
          <w:szCs w:val="24"/>
          <w:lang w:val="ru-RU"/>
        </w:rPr>
        <w:t>В платёжных документах и актах выполненных работ отдельно указываются: стоимость Услуг без НДС; сумма НДС; общая стоимость с учётом НДС.</w:t>
      </w:r>
    </w:p>
    <w:p w14:paraId="03D17F04" w14:textId="051FE77F" w:rsidR="00BC12E2" w:rsidRPr="008E7C1C" w:rsidRDefault="00BC12E2" w:rsidP="00BC12E2">
      <w:pPr>
        <w:spacing w:after="0" w:line="240" w:lineRule="auto"/>
        <w:ind w:firstLine="720"/>
        <w:jc w:val="both"/>
        <w:rPr>
          <w:rFonts w:ascii="Times New Roman" w:hAnsi="Times New Roman" w:cs="Times New Roman"/>
          <w:sz w:val="24"/>
          <w:szCs w:val="24"/>
          <w:lang w:val="ru-RU"/>
        </w:rPr>
      </w:pPr>
      <w:r w:rsidRPr="008E7C1C">
        <w:rPr>
          <w:rFonts w:ascii="Times New Roman" w:hAnsi="Times New Roman" w:cs="Times New Roman"/>
          <w:sz w:val="24"/>
          <w:szCs w:val="24"/>
          <w:lang w:val="ru-RU"/>
        </w:rPr>
        <w:lastRenderedPageBreak/>
        <w:t xml:space="preserve">Общая стоимость по Договору с учетом 600 (шестисот) часов работ специалиста составляет ________________ </w:t>
      </w:r>
      <w:proofErr w:type="gramStart"/>
      <w:r w:rsidRPr="008E7C1C">
        <w:rPr>
          <w:rFonts w:ascii="Times New Roman" w:hAnsi="Times New Roman" w:cs="Times New Roman"/>
          <w:sz w:val="24"/>
          <w:szCs w:val="24"/>
          <w:lang w:val="ru-RU"/>
        </w:rPr>
        <w:t xml:space="preserve">(  </w:t>
      </w:r>
      <w:proofErr w:type="gramEnd"/>
      <w:r w:rsidRPr="008E7C1C">
        <w:rPr>
          <w:rFonts w:ascii="Times New Roman" w:hAnsi="Times New Roman" w:cs="Times New Roman"/>
          <w:sz w:val="24"/>
          <w:szCs w:val="24"/>
          <w:lang w:val="ru-RU"/>
        </w:rPr>
        <w:t xml:space="preserve">             ) рублей, ___ копеек, в том числе НДС__/ без НДС на основании__________________________________.</w:t>
      </w:r>
    </w:p>
    <w:p w14:paraId="6E4F81CD" w14:textId="77777777" w:rsidR="00C565BC" w:rsidRPr="008E7C1C" w:rsidRDefault="008E7C1C" w:rsidP="005F043D">
      <w:pPr>
        <w:spacing w:after="0" w:line="240" w:lineRule="auto"/>
        <w:ind w:firstLine="720"/>
        <w:jc w:val="both"/>
        <w:rPr>
          <w:rFonts w:ascii="Times New Roman" w:hAnsi="Times New Roman" w:cs="Times New Roman"/>
          <w:sz w:val="24"/>
          <w:szCs w:val="24"/>
          <w:lang w:val="ru-RU"/>
        </w:rPr>
      </w:pPr>
      <w:r w:rsidRPr="008E7C1C">
        <w:rPr>
          <w:rFonts w:ascii="Times New Roman" w:hAnsi="Times New Roman" w:cs="Times New Roman"/>
          <w:sz w:val="24"/>
          <w:szCs w:val="24"/>
          <w:lang w:val="ru-RU"/>
        </w:rPr>
        <w:t>6.5. Стоимость оказанных по настоящему Договору Услуг подлежит оплате с отсрочкой платежа в 5 (пять) календарных дня(ей) с даты подписания Сторонами Акта оказанных услуг после окончания календарного месяца на основании счета, выставленного Исполнителем. Счет выставляется путем его передачи нарочно или направления в электронном виде.</w:t>
      </w:r>
    </w:p>
    <w:p w14:paraId="7B337C7F" w14:textId="354014D2" w:rsidR="00C565BC" w:rsidRPr="008E7C1C" w:rsidRDefault="008E7C1C" w:rsidP="005F043D">
      <w:pPr>
        <w:spacing w:after="0" w:line="240" w:lineRule="auto"/>
        <w:ind w:firstLine="720"/>
        <w:jc w:val="both"/>
        <w:rPr>
          <w:rFonts w:ascii="Times New Roman" w:hAnsi="Times New Roman" w:cs="Times New Roman"/>
          <w:sz w:val="24"/>
          <w:szCs w:val="24"/>
          <w:lang w:val="ru-RU"/>
        </w:rPr>
      </w:pPr>
      <w:r w:rsidRPr="008E7C1C">
        <w:rPr>
          <w:rFonts w:ascii="Times New Roman" w:hAnsi="Times New Roman" w:cs="Times New Roman"/>
          <w:sz w:val="24"/>
          <w:szCs w:val="24"/>
          <w:lang w:val="ru-RU"/>
        </w:rPr>
        <w:t>6.6. Стороны могут пересмотреть стоимость Услуг путем подписания Сторонами дополнительного соглашения об измененных условиях.</w:t>
      </w:r>
    </w:p>
    <w:p w14:paraId="766B80D8" w14:textId="77777777" w:rsidR="005F043D" w:rsidRPr="008E7C1C" w:rsidRDefault="005F043D" w:rsidP="005F043D">
      <w:pPr>
        <w:spacing w:after="0" w:line="240" w:lineRule="auto"/>
        <w:ind w:firstLine="720"/>
        <w:jc w:val="both"/>
        <w:rPr>
          <w:rFonts w:ascii="Times New Roman" w:hAnsi="Times New Roman" w:cs="Times New Roman"/>
          <w:sz w:val="24"/>
          <w:szCs w:val="24"/>
          <w:lang w:val="ru-RU"/>
        </w:rPr>
      </w:pPr>
    </w:p>
    <w:p w14:paraId="013C0B0D" w14:textId="77777777" w:rsidR="00C565BC" w:rsidRPr="008E7C1C" w:rsidRDefault="008E7C1C" w:rsidP="005F043D">
      <w:pPr>
        <w:spacing w:after="0" w:line="240" w:lineRule="auto"/>
        <w:ind w:firstLine="720"/>
        <w:jc w:val="center"/>
        <w:rPr>
          <w:rFonts w:ascii="Times New Roman" w:hAnsi="Times New Roman" w:cs="Times New Roman"/>
          <w:sz w:val="24"/>
          <w:szCs w:val="24"/>
          <w:lang w:val="ru-RU"/>
        </w:rPr>
      </w:pPr>
      <w:r w:rsidRPr="008E7C1C">
        <w:rPr>
          <w:rFonts w:ascii="Times New Roman" w:hAnsi="Times New Roman" w:cs="Times New Roman"/>
          <w:b/>
          <w:sz w:val="24"/>
          <w:szCs w:val="24"/>
          <w:lang w:val="ru-RU"/>
        </w:rPr>
        <w:t>7. СРОК ДЕЙСТВИЯ ДОГОВОРА</w:t>
      </w:r>
    </w:p>
    <w:p w14:paraId="7780AF63" w14:textId="77777777" w:rsidR="00C565BC" w:rsidRPr="008E7C1C" w:rsidRDefault="008E7C1C" w:rsidP="005F043D">
      <w:pPr>
        <w:spacing w:after="0" w:line="240" w:lineRule="auto"/>
        <w:ind w:firstLine="720"/>
        <w:jc w:val="both"/>
        <w:rPr>
          <w:rFonts w:ascii="Times New Roman" w:hAnsi="Times New Roman" w:cs="Times New Roman"/>
          <w:sz w:val="24"/>
          <w:szCs w:val="24"/>
          <w:lang w:val="ru-RU"/>
        </w:rPr>
      </w:pPr>
      <w:r w:rsidRPr="008E7C1C">
        <w:rPr>
          <w:rFonts w:ascii="Times New Roman" w:hAnsi="Times New Roman" w:cs="Times New Roman"/>
          <w:sz w:val="24"/>
          <w:szCs w:val="24"/>
          <w:lang w:val="ru-RU"/>
        </w:rPr>
        <w:t>7.1. Действие договора:</w:t>
      </w:r>
    </w:p>
    <w:p w14:paraId="1ED5559D" w14:textId="3400A929" w:rsidR="00C565BC" w:rsidRPr="008E7C1C" w:rsidRDefault="008E7C1C" w:rsidP="005F043D">
      <w:pPr>
        <w:spacing w:after="0" w:line="240" w:lineRule="auto"/>
        <w:ind w:firstLine="720"/>
        <w:jc w:val="both"/>
        <w:rPr>
          <w:rFonts w:ascii="Times New Roman" w:hAnsi="Times New Roman" w:cs="Times New Roman"/>
          <w:sz w:val="24"/>
          <w:szCs w:val="24"/>
          <w:lang w:val="ru-RU"/>
        </w:rPr>
      </w:pPr>
      <w:r w:rsidRPr="008E7C1C">
        <w:rPr>
          <w:rFonts w:ascii="Times New Roman" w:hAnsi="Times New Roman" w:cs="Times New Roman"/>
          <w:sz w:val="24"/>
          <w:szCs w:val="24"/>
          <w:lang w:val="ru-RU"/>
        </w:rPr>
        <w:t>7.1.1. Настоящий Договор вступает в силу с</w:t>
      </w:r>
      <w:r w:rsidR="005F043D" w:rsidRPr="008E7C1C">
        <w:rPr>
          <w:rFonts w:ascii="Times New Roman" w:hAnsi="Times New Roman" w:cs="Times New Roman"/>
          <w:sz w:val="24"/>
          <w:szCs w:val="24"/>
          <w:lang w:val="ru-RU"/>
        </w:rPr>
        <w:t xml:space="preserve"> момента его подписания Сторонами и действует до 31 декабря 2027 г., а в части вытекающих из нарушения условий настоящего Договора, а также финансовых, гарантийных обязательств – до полного их исполнения.</w:t>
      </w:r>
    </w:p>
    <w:p w14:paraId="18666250" w14:textId="67194FA6" w:rsidR="00BC12E2" w:rsidRPr="008E7C1C" w:rsidRDefault="00BC12E2" w:rsidP="005F043D">
      <w:pPr>
        <w:spacing w:after="0" w:line="240" w:lineRule="auto"/>
        <w:ind w:firstLine="720"/>
        <w:jc w:val="both"/>
        <w:rPr>
          <w:rFonts w:ascii="Times New Roman" w:hAnsi="Times New Roman" w:cs="Times New Roman"/>
          <w:sz w:val="24"/>
          <w:szCs w:val="24"/>
          <w:lang w:val="ru-RU"/>
        </w:rPr>
      </w:pPr>
      <w:r w:rsidRPr="008E7C1C">
        <w:rPr>
          <w:rFonts w:ascii="Times New Roman" w:hAnsi="Times New Roman" w:cs="Times New Roman"/>
          <w:sz w:val="24"/>
          <w:szCs w:val="24"/>
          <w:lang w:val="ru-RU"/>
        </w:rPr>
        <w:t>Срок оказания Услуг: с момента подписания настоящего Договора в течение 12 (двенадцати) месяцев.</w:t>
      </w:r>
    </w:p>
    <w:p w14:paraId="7C0E9541" w14:textId="77777777" w:rsidR="00C565BC" w:rsidRPr="008E7C1C" w:rsidRDefault="008E7C1C" w:rsidP="005F043D">
      <w:pPr>
        <w:spacing w:after="0" w:line="240" w:lineRule="auto"/>
        <w:ind w:firstLine="720"/>
        <w:jc w:val="both"/>
        <w:rPr>
          <w:rFonts w:ascii="Times New Roman" w:hAnsi="Times New Roman" w:cs="Times New Roman"/>
          <w:sz w:val="24"/>
          <w:szCs w:val="24"/>
          <w:lang w:val="ru-RU"/>
        </w:rPr>
      </w:pPr>
      <w:r w:rsidRPr="008E7C1C">
        <w:rPr>
          <w:rFonts w:ascii="Times New Roman" w:hAnsi="Times New Roman" w:cs="Times New Roman"/>
          <w:sz w:val="24"/>
          <w:szCs w:val="24"/>
          <w:lang w:val="ru-RU"/>
        </w:rPr>
        <w:t>7.2. Если иное не предусмотрено законом или Договором, принятые на исполнение до окончания срока действия/расторжения настоящего Договора запросы на оказание Услуг сохраняют юридическую силу и обязательны для выполнения независимо от того, что срок их оказания выходит за сроки действия настоящего Договора.</w:t>
      </w:r>
    </w:p>
    <w:p w14:paraId="5680CFD4" w14:textId="77777777" w:rsidR="00C565BC" w:rsidRPr="008E7C1C" w:rsidRDefault="008E7C1C" w:rsidP="005F043D">
      <w:pPr>
        <w:spacing w:after="0" w:line="240" w:lineRule="auto"/>
        <w:ind w:firstLine="720"/>
        <w:jc w:val="both"/>
        <w:rPr>
          <w:rFonts w:ascii="Times New Roman" w:hAnsi="Times New Roman" w:cs="Times New Roman"/>
          <w:sz w:val="24"/>
          <w:szCs w:val="24"/>
          <w:lang w:val="ru-RU"/>
        </w:rPr>
      </w:pPr>
      <w:r w:rsidRPr="008E7C1C">
        <w:rPr>
          <w:rFonts w:ascii="Times New Roman" w:hAnsi="Times New Roman" w:cs="Times New Roman"/>
          <w:sz w:val="24"/>
          <w:szCs w:val="24"/>
          <w:lang w:val="ru-RU"/>
        </w:rPr>
        <w:t>7.3. Настоящий Договор может быть расторгнут досрочно по взаимному согласию Сторон.</w:t>
      </w:r>
    </w:p>
    <w:p w14:paraId="26B1E38A" w14:textId="77777777" w:rsidR="00C565BC" w:rsidRPr="008E7C1C" w:rsidRDefault="008E7C1C" w:rsidP="005F043D">
      <w:pPr>
        <w:spacing w:after="0" w:line="240" w:lineRule="auto"/>
        <w:ind w:firstLine="720"/>
        <w:jc w:val="both"/>
        <w:rPr>
          <w:rFonts w:ascii="Times New Roman" w:hAnsi="Times New Roman" w:cs="Times New Roman"/>
          <w:sz w:val="24"/>
          <w:szCs w:val="24"/>
          <w:lang w:val="ru-RU"/>
        </w:rPr>
      </w:pPr>
      <w:r w:rsidRPr="008E7C1C">
        <w:rPr>
          <w:rFonts w:ascii="Times New Roman" w:hAnsi="Times New Roman" w:cs="Times New Roman"/>
          <w:sz w:val="24"/>
          <w:szCs w:val="24"/>
          <w:lang w:val="ru-RU"/>
        </w:rPr>
        <w:t>7.4. Настоящий Договор может быть расторгнут по инициативе Заказчика с письменным уведомлением Исполнителя по электронной почте не менее чем за 30 (тридцать) календарных дней до предполагаемой даты расторжения настоящего Договора. В этом случае настоящий Договор расторгается вместе с текущими запросами на оказание Услуги. Если расторжение настоящего Договора произойдет до завершения оказания Услуг, предусмотренных запросом на оказание Услуги, Заказчик обязан оплатить Исполнителю фактически оказанные Услуги.</w:t>
      </w:r>
    </w:p>
    <w:p w14:paraId="1172F1B6" w14:textId="77777777" w:rsidR="00C565BC" w:rsidRPr="008E7C1C" w:rsidRDefault="008E7C1C" w:rsidP="005F043D">
      <w:pPr>
        <w:spacing w:after="0" w:line="240" w:lineRule="auto"/>
        <w:ind w:firstLine="720"/>
        <w:jc w:val="both"/>
        <w:rPr>
          <w:rFonts w:ascii="Times New Roman" w:hAnsi="Times New Roman" w:cs="Times New Roman"/>
          <w:sz w:val="24"/>
          <w:szCs w:val="24"/>
          <w:lang w:val="ru-RU"/>
        </w:rPr>
      </w:pPr>
      <w:r w:rsidRPr="008E7C1C">
        <w:rPr>
          <w:rFonts w:ascii="Times New Roman" w:hAnsi="Times New Roman" w:cs="Times New Roman"/>
          <w:sz w:val="24"/>
          <w:szCs w:val="24"/>
          <w:lang w:val="ru-RU"/>
        </w:rPr>
        <w:t>7.5. Исполнитель имеет право отказаться от исполнения настоящего Договора в одностороннем порядке при наличии обстоятельства, указанного в п. 3.5. настоящего Договора, если указанное обстоятельство не устранено Заказчиком в течение 7 (семи) календарных дней с даты получения последним уведомления о приостановке Услуг или более длительного срока, указанного в уведомлении.</w:t>
      </w:r>
    </w:p>
    <w:p w14:paraId="01AF9F06" w14:textId="77777777" w:rsidR="00C565BC" w:rsidRPr="006A7718" w:rsidRDefault="008E7C1C" w:rsidP="006A7718">
      <w:pPr>
        <w:spacing w:after="0" w:line="240" w:lineRule="auto"/>
        <w:ind w:firstLine="720"/>
        <w:jc w:val="both"/>
        <w:rPr>
          <w:rFonts w:ascii="Times New Roman" w:hAnsi="Times New Roman" w:cs="Times New Roman"/>
          <w:sz w:val="24"/>
          <w:szCs w:val="24"/>
          <w:lang w:val="ru-RU"/>
        </w:rPr>
      </w:pPr>
      <w:r w:rsidRPr="008E7C1C">
        <w:rPr>
          <w:rFonts w:ascii="Times New Roman" w:hAnsi="Times New Roman" w:cs="Times New Roman"/>
          <w:sz w:val="24"/>
          <w:szCs w:val="24"/>
          <w:lang w:val="ru-RU"/>
        </w:rPr>
        <w:t xml:space="preserve">7.6. В случаях досрочного расторжения настоящего Договора Заказчик обязан оплатить Исполнителю фактически </w:t>
      </w:r>
      <w:r w:rsidRPr="006A7718">
        <w:rPr>
          <w:rFonts w:ascii="Times New Roman" w:hAnsi="Times New Roman" w:cs="Times New Roman"/>
          <w:sz w:val="24"/>
          <w:szCs w:val="24"/>
          <w:lang w:val="ru-RU"/>
        </w:rPr>
        <w:t>оказанные Услуги, а также понесенные Исполнителем расходы на оказание Услуг. В случае, если Исполнителем была получена предоплата, Исполнитель обязуется в срок не позднее 10 (десяти) рабочих дней с даты расторжения Договора возвратить неосвоенные денежные средства или произвести взаимозачет.</w:t>
      </w:r>
    </w:p>
    <w:p w14:paraId="49745CBB" w14:textId="77777777" w:rsidR="00C565BC" w:rsidRPr="006A7718" w:rsidRDefault="008E7C1C" w:rsidP="006A7718">
      <w:pPr>
        <w:spacing w:after="0" w:line="240" w:lineRule="auto"/>
        <w:ind w:firstLine="720"/>
        <w:jc w:val="both"/>
        <w:rPr>
          <w:rFonts w:ascii="Times New Roman" w:hAnsi="Times New Roman" w:cs="Times New Roman"/>
          <w:sz w:val="24"/>
          <w:szCs w:val="24"/>
          <w:lang w:val="ru-RU"/>
        </w:rPr>
      </w:pPr>
      <w:r w:rsidRPr="006A7718">
        <w:rPr>
          <w:rFonts w:ascii="Times New Roman" w:hAnsi="Times New Roman" w:cs="Times New Roman"/>
          <w:sz w:val="24"/>
          <w:szCs w:val="24"/>
          <w:lang w:val="ru-RU"/>
        </w:rPr>
        <w:t>7.7. При расторжении настоящего Договора в одностороннем внесудебном порядке Договор считается расторгнутым: по истечении 30 (тридцати) календарных дней с даты получения соответствующего уведомления.</w:t>
      </w:r>
    </w:p>
    <w:p w14:paraId="10164A94" w14:textId="5420B866" w:rsidR="00C565BC" w:rsidRPr="006A7718" w:rsidRDefault="008E7C1C" w:rsidP="006A7718">
      <w:pPr>
        <w:spacing w:after="0" w:line="240" w:lineRule="auto"/>
        <w:ind w:firstLine="720"/>
        <w:jc w:val="both"/>
        <w:rPr>
          <w:rFonts w:ascii="Times New Roman" w:hAnsi="Times New Roman" w:cs="Times New Roman"/>
          <w:sz w:val="24"/>
          <w:szCs w:val="24"/>
          <w:lang w:val="ru-RU"/>
        </w:rPr>
      </w:pPr>
      <w:r w:rsidRPr="006A7718">
        <w:rPr>
          <w:rFonts w:ascii="Times New Roman" w:hAnsi="Times New Roman" w:cs="Times New Roman"/>
          <w:sz w:val="24"/>
          <w:szCs w:val="24"/>
          <w:lang w:val="ru-RU"/>
        </w:rPr>
        <w:t>7.8. Если ни одна из Сторон письменно не уведомит другую Сторону о своем желании расторгнуть настоящий Договор до окончания срока его действия, настоящий Договор пролонгируется на каждый следующий календарный год на тех же условиях. Количество пролонгаций не ограничено.</w:t>
      </w:r>
    </w:p>
    <w:p w14:paraId="064F0DA1" w14:textId="77777777" w:rsidR="005F043D" w:rsidRPr="006A7718" w:rsidRDefault="005F043D" w:rsidP="006A7718">
      <w:pPr>
        <w:spacing w:after="0" w:line="240" w:lineRule="auto"/>
        <w:ind w:firstLine="720"/>
        <w:jc w:val="both"/>
        <w:rPr>
          <w:rFonts w:ascii="Times New Roman" w:hAnsi="Times New Roman" w:cs="Times New Roman"/>
          <w:sz w:val="24"/>
          <w:szCs w:val="24"/>
          <w:lang w:val="ru-RU"/>
        </w:rPr>
      </w:pPr>
    </w:p>
    <w:p w14:paraId="6F52267B" w14:textId="1C95DA63" w:rsidR="006A7718" w:rsidRPr="006A7718" w:rsidRDefault="008E7C1C" w:rsidP="006A7718">
      <w:pPr>
        <w:spacing w:after="0" w:line="240" w:lineRule="auto"/>
        <w:ind w:firstLine="720"/>
        <w:jc w:val="center"/>
        <w:rPr>
          <w:rFonts w:ascii="Times New Roman" w:hAnsi="Times New Roman" w:cs="Times New Roman"/>
          <w:sz w:val="24"/>
          <w:szCs w:val="24"/>
          <w:lang w:val="ru-RU"/>
        </w:rPr>
      </w:pPr>
      <w:r w:rsidRPr="006A7718">
        <w:rPr>
          <w:rFonts w:ascii="Times New Roman" w:hAnsi="Times New Roman" w:cs="Times New Roman"/>
          <w:b/>
          <w:sz w:val="24"/>
          <w:szCs w:val="24"/>
          <w:lang w:val="ru-RU"/>
        </w:rPr>
        <w:t xml:space="preserve">8. ГАРАНТИЯ И ОТВЕТСТВЕННОСТЬ </w:t>
      </w:r>
      <w:bookmarkStart w:id="0" w:name="_GoBack"/>
      <w:bookmarkEnd w:id="0"/>
      <w:r w:rsidRPr="006A7718">
        <w:rPr>
          <w:rFonts w:ascii="Times New Roman" w:hAnsi="Times New Roman" w:cs="Times New Roman"/>
          <w:b/>
          <w:sz w:val="24"/>
          <w:szCs w:val="24"/>
          <w:lang w:val="ru-RU"/>
        </w:rPr>
        <w:t>СТОРОН</w:t>
      </w:r>
    </w:p>
    <w:p w14:paraId="730D1361" w14:textId="728FA956" w:rsidR="00C565BC" w:rsidRPr="006A7718" w:rsidRDefault="008E7C1C" w:rsidP="006A7718">
      <w:pPr>
        <w:spacing w:after="0" w:line="240" w:lineRule="auto"/>
        <w:ind w:firstLine="720"/>
        <w:jc w:val="both"/>
        <w:rPr>
          <w:rFonts w:ascii="Times New Roman" w:hAnsi="Times New Roman" w:cs="Times New Roman"/>
          <w:sz w:val="24"/>
          <w:szCs w:val="24"/>
          <w:lang w:val="ru-RU"/>
        </w:rPr>
      </w:pPr>
      <w:r w:rsidRPr="006A7718">
        <w:rPr>
          <w:rFonts w:ascii="Times New Roman" w:hAnsi="Times New Roman" w:cs="Times New Roman"/>
          <w:sz w:val="24"/>
          <w:szCs w:val="24"/>
          <w:lang w:val="ru-RU"/>
        </w:rPr>
        <w:t>8.1.</w:t>
      </w:r>
      <w:r w:rsidR="004B626C" w:rsidRPr="006A7718">
        <w:rPr>
          <w:rFonts w:ascii="Times New Roman" w:hAnsi="Times New Roman" w:cs="Times New Roman"/>
          <w:sz w:val="24"/>
          <w:szCs w:val="24"/>
          <w:lang w:val="ru-RU"/>
        </w:rPr>
        <w:t>1.</w:t>
      </w:r>
      <w:r w:rsidRPr="006A7718">
        <w:rPr>
          <w:rFonts w:ascii="Times New Roman" w:hAnsi="Times New Roman" w:cs="Times New Roman"/>
          <w:sz w:val="24"/>
          <w:szCs w:val="24"/>
          <w:lang w:val="ru-RU"/>
        </w:rPr>
        <w:t xml:space="preserve"> Исполнитель гарантирует Заказчику, что в течение срока действия настоящего Договора в случае сбоя в созданных Исполнителем настройках и иных адаптациях ПП в процессе их эксплуатации все работы по восстановлению работоспособности программы будут выполнены силами и за счет Исполнителя, за исключением случаев, указанных в </w:t>
      </w:r>
      <w:proofErr w:type="spellStart"/>
      <w:r w:rsidRPr="006A7718">
        <w:rPr>
          <w:rFonts w:ascii="Times New Roman" w:hAnsi="Times New Roman" w:cs="Times New Roman"/>
          <w:sz w:val="24"/>
          <w:szCs w:val="24"/>
          <w:lang w:val="ru-RU"/>
        </w:rPr>
        <w:t>пп</w:t>
      </w:r>
      <w:proofErr w:type="spellEnd"/>
      <w:r w:rsidRPr="006A7718">
        <w:rPr>
          <w:rFonts w:ascii="Times New Roman" w:hAnsi="Times New Roman" w:cs="Times New Roman"/>
          <w:sz w:val="24"/>
          <w:szCs w:val="24"/>
          <w:lang w:val="ru-RU"/>
        </w:rPr>
        <w:t>. 8.</w:t>
      </w:r>
      <w:r w:rsidR="006A7718" w:rsidRPr="006A7718">
        <w:rPr>
          <w:rFonts w:ascii="Times New Roman" w:hAnsi="Times New Roman" w:cs="Times New Roman"/>
          <w:sz w:val="24"/>
          <w:szCs w:val="24"/>
          <w:lang w:val="ru-RU"/>
        </w:rPr>
        <w:t>1.</w:t>
      </w:r>
      <w:r w:rsidRPr="006A7718">
        <w:rPr>
          <w:rFonts w:ascii="Times New Roman" w:hAnsi="Times New Roman" w:cs="Times New Roman"/>
          <w:sz w:val="24"/>
          <w:szCs w:val="24"/>
          <w:lang w:val="ru-RU"/>
        </w:rPr>
        <w:t>2. - 8.</w:t>
      </w:r>
      <w:r w:rsidR="006A7718" w:rsidRPr="006A7718">
        <w:rPr>
          <w:rFonts w:ascii="Times New Roman" w:hAnsi="Times New Roman" w:cs="Times New Roman"/>
          <w:sz w:val="24"/>
          <w:szCs w:val="24"/>
          <w:lang w:val="ru-RU"/>
        </w:rPr>
        <w:t>1.</w:t>
      </w:r>
      <w:r w:rsidRPr="006A7718">
        <w:rPr>
          <w:rFonts w:ascii="Times New Roman" w:hAnsi="Times New Roman" w:cs="Times New Roman"/>
          <w:sz w:val="24"/>
          <w:szCs w:val="24"/>
          <w:lang w:val="ru-RU"/>
        </w:rPr>
        <w:t>8. настоящего Договора.</w:t>
      </w:r>
    </w:p>
    <w:p w14:paraId="57AD5FA8" w14:textId="40E9F8C0" w:rsidR="00C565BC" w:rsidRPr="006A7718" w:rsidRDefault="008E7C1C" w:rsidP="006A7718">
      <w:pPr>
        <w:spacing w:after="0" w:line="240" w:lineRule="auto"/>
        <w:ind w:firstLine="720"/>
        <w:jc w:val="both"/>
        <w:rPr>
          <w:rFonts w:ascii="Times New Roman" w:hAnsi="Times New Roman" w:cs="Times New Roman"/>
          <w:sz w:val="24"/>
          <w:szCs w:val="24"/>
          <w:lang w:val="ru-RU"/>
        </w:rPr>
      </w:pPr>
      <w:r w:rsidRPr="006A7718">
        <w:rPr>
          <w:rFonts w:ascii="Times New Roman" w:hAnsi="Times New Roman" w:cs="Times New Roman"/>
          <w:sz w:val="24"/>
          <w:szCs w:val="24"/>
          <w:lang w:val="ru-RU"/>
        </w:rPr>
        <w:lastRenderedPageBreak/>
        <w:t>8.</w:t>
      </w:r>
      <w:r w:rsidR="004B626C" w:rsidRPr="006A7718">
        <w:rPr>
          <w:rFonts w:ascii="Times New Roman" w:hAnsi="Times New Roman" w:cs="Times New Roman"/>
          <w:sz w:val="24"/>
          <w:szCs w:val="24"/>
          <w:lang w:val="ru-RU"/>
        </w:rPr>
        <w:t>1.</w:t>
      </w:r>
      <w:r w:rsidRPr="006A7718">
        <w:rPr>
          <w:rFonts w:ascii="Times New Roman" w:hAnsi="Times New Roman" w:cs="Times New Roman"/>
          <w:sz w:val="24"/>
          <w:szCs w:val="24"/>
          <w:lang w:val="ru-RU"/>
        </w:rPr>
        <w:t>2. Работы по диагностике и восстановлению работоспособности адаптаций не относятся к гарантийным и выполняются за счет Заказчика: в случае сбоя по вине Заказчика; при обновлении платформ или конфигураций третьими лицами; в результате некорректных действий пользователей.</w:t>
      </w:r>
    </w:p>
    <w:p w14:paraId="313B8DC5" w14:textId="633A86EE" w:rsidR="00C565BC" w:rsidRPr="006A7718" w:rsidRDefault="008E7C1C" w:rsidP="006A7718">
      <w:pPr>
        <w:spacing w:after="0" w:line="240" w:lineRule="auto"/>
        <w:ind w:firstLine="720"/>
        <w:jc w:val="both"/>
        <w:rPr>
          <w:rFonts w:ascii="Times New Roman" w:hAnsi="Times New Roman" w:cs="Times New Roman"/>
          <w:sz w:val="24"/>
          <w:szCs w:val="24"/>
          <w:lang w:val="ru-RU"/>
        </w:rPr>
      </w:pPr>
      <w:r w:rsidRPr="006A7718">
        <w:rPr>
          <w:rFonts w:ascii="Times New Roman" w:hAnsi="Times New Roman" w:cs="Times New Roman"/>
          <w:sz w:val="24"/>
          <w:szCs w:val="24"/>
          <w:lang w:val="ru-RU"/>
        </w:rPr>
        <w:t>8.</w:t>
      </w:r>
      <w:r w:rsidR="004B626C" w:rsidRPr="006A7718">
        <w:rPr>
          <w:rFonts w:ascii="Times New Roman" w:hAnsi="Times New Roman" w:cs="Times New Roman"/>
          <w:sz w:val="24"/>
          <w:szCs w:val="24"/>
          <w:lang w:val="ru-RU"/>
        </w:rPr>
        <w:t>1.</w:t>
      </w:r>
      <w:r w:rsidRPr="006A7718">
        <w:rPr>
          <w:rFonts w:ascii="Times New Roman" w:hAnsi="Times New Roman" w:cs="Times New Roman"/>
          <w:sz w:val="24"/>
          <w:szCs w:val="24"/>
          <w:lang w:val="ru-RU"/>
        </w:rPr>
        <w:t>3. Исполнитель не несет ответственности за ошибки, допущенные разработчиком в типовых конфигурациях ПП.</w:t>
      </w:r>
    </w:p>
    <w:p w14:paraId="54BA7AF5" w14:textId="4A22A3C3" w:rsidR="00C565BC" w:rsidRPr="006A7718" w:rsidRDefault="008E7C1C" w:rsidP="006A7718">
      <w:pPr>
        <w:spacing w:after="0" w:line="240" w:lineRule="auto"/>
        <w:ind w:firstLine="720"/>
        <w:jc w:val="both"/>
        <w:rPr>
          <w:rFonts w:ascii="Times New Roman" w:hAnsi="Times New Roman" w:cs="Times New Roman"/>
          <w:sz w:val="24"/>
          <w:szCs w:val="24"/>
          <w:lang w:val="ru-RU"/>
        </w:rPr>
      </w:pPr>
      <w:r w:rsidRPr="006A7718">
        <w:rPr>
          <w:rFonts w:ascii="Times New Roman" w:hAnsi="Times New Roman" w:cs="Times New Roman"/>
          <w:sz w:val="24"/>
          <w:szCs w:val="24"/>
          <w:lang w:val="ru-RU"/>
        </w:rPr>
        <w:t>8.</w:t>
      </w:r>
      <w:r w:rsidR="004B626C" w:rsidRPr="006A7718">
        <w:rPr>
          <w:rFonts w:ascii="Times New Roman" w:hAnsi="Times New Roman" w:cs="Times New Roman"/>
          <w:sz w:val="24"/>
          <w:szCs w:val="24"/>
          <w:lang w:val="ru-RU"/>
        </w:rPr>
        <w:t>1.</w:t>
      </w:r>
      <w:r w:rsidRPr="006A7718">
        <w:rPr>
          <w:rFonts w:ascii="Times New Roman" w:hAnsi="Times New Roman" w:cs="Times New Roman"/>
          <w:sz w:val="24"/>
          <w:szCs w:val="24"/>
          <w:lang w:val="ru-RU"/>
        </w:rPr>
        <w:t>4. Исполнитель не несет ответственности за работоспособность нелицензионных программных продуктов.</w:t>
      </w:r>
    </w:p>
    <w:p w14:paraId="110BF248" w14:textId="1BBE743B" w:rsidR="00C565BC" w:rsidRPr="006A7718" w:rsidRDefault="008E7C1C" w:rsidP="006A7718">
      <w:pPr>
        <w:spacing w:after="0" w:line="240" w:lineRule="auto"/>
        <w:ind w:firstLine="720"/>
        <w:jc w:val="both"/>
        <w:rPr>
          <w:rFonts w:ascii="Times New Roman" w:hAnsi="Times New Roman" w:cs="Times New Roman"/>
          <w:sz w:val="24"/>
          <w:szCs w:val="24"/>
          <w:lang w:val="ru-RU"/>
        </w:rPr>
      </w:pPr>
      <w:r w:rsidRPr="006A7718">
        <w:rPr>
          <w:rFonts w:ascii="Times New Roman" w:hAnsi="Times New Roman" w:cs="Times New Roman"/>
          <w:sz w:val="24"/>
          <w:szCs w:val="24"/>
          <w:lang w:val="ru-RU"/>
        </w:rPr>
        <w:t>8.</w:t>
      </w:r>
      <w:r w:rsidR="004B626C" w:rsidRPr="006A7718">
        <w:rPr>
          <w:rFonts w:ascii="Times New Roman" w:hAnsi="Times New Roman" w:cs="Times New Roman"/>
          <w:sz w:val="24"/>
          <w:szCs w:val="24"/>
          <w:lang w:val="ru-RU"/>
        </w:rPr>
        <w:t>1.</w:t>
      </w:r>
      <w:r w:rsidRPr="006A7718">
        <w:rPr>
          <w:rFonts w:ascii="Times New Roman" w:hAnsi="Times New Roman" w:cs="Times New Roman"/>
          <w:sz w:val="24"/>
          <w:szCs w:val="24"/>
          <w:lang w:val="ru-RU"/>
        </w:rPr>
        <w:t>5. Исполнитель не несет ответственности за работу программных продуктов других сторонних разработчиков.</w:t>
      </w:r>
    </w:p>
    <w:p w14:paraId="125A6F81" w14:textId="18048BC8" w:rsidR="00C565BC" w:rsidRPr="006A7718" w:rsidRDefault="008E7C1C" w:rsidP="006A7718">
      <w:pPr>
        <w:spacing w:after="0" w:line="240" w:lineRule="auto"/>
        <w:ind w:firstLine="720"/>
        <w:jc w:val="both"/>
        <w:rPr>
          <w:rFonts w:ascii="Times New Roman" w:hAnsi="Times New Roman" w:cs="Times New Roman"/>
          <w:sz w:val="24"/>
          <w:szCs w:val="24"/>
          <w:lang w:val="ru-RU"/>
        </w:rPr>
      </w:pPr>
      <w:r w:rsidRPr="006A7718">
        <w:rPr>
          <w:rFonts w:ascii="Times New Roman" w:hAnsi="Times New Roman" w:cs="Times New Roman"/>
          <w:sz w:val="24"/>
          <w:szCs w:val="24"/>
          <w:lang w:val="ru-RU"/>
        </w:rPr>
        <w:t>8.</w:t>
      </w:r>
      <w:r w:rsidR="004B626C" w:rsidRPr="006A7718">
        <w:rPr>
          <w:rFonts w:ascii="Times New Roman" w:hAnsi="Times New Roman" w:cs="Times New Roman"/>
          <w:sz w:val="24"/>
          <w:szCs w:val="24"/>
          <w:lang w:val="ru-RU"/>
        </w:rPr>
        <w:t>1.</w:t>
      </w:r>
      <w:r w:rsidRPr="006A7718">
        <w:rPr>
          <w:rFonts w:ascii="Times New Roman" w:hAnsi="Times New Roman" w:cs="Times New Roman"/>
          <w:sz w:val="24"/>
          <w:szCs w:val="24"/>
          <w:lang w:val="ru-RU"/>
        </w:rPr>
        <w:t>6. Исполнитель не несет ответственности за работоспособность и быстродействие работы программно-аппаратного комплекса Заказчика.</w:t>
      </w:r>
    </w:p>
    <w:p w14:paraId="327455F2" w14:textId="3A280A93" w:rsidR="00C565BC" w:rsidRPr="006A7718" w:rsidRDefault="008E7C1C" w:rsidP="006A7718">
      <w:pPr>
        <w:spacing w:after="0" w:line="240" w:lineRule="auto"/>
        <w:ind w:firstLine="720"/>
        <w:jc w:val="both"/>
        <w:rPr>
          <w:rFonts w:ascii="Times New Roman" w:hAnsi="Times New Roman" w:cs="Times New Roman"/>
          <w:sz w:val="24"/>
          <w:szCs w:val="24"/>
          <w:lang w:val="ru-RU"/>
        </w:rPr>
      </w:pPr>
      <w:r w:rsidRPr="006A7718">
        <w:rPr>
          <w:rFonts w:ascii="Times New Roman" w:hAnsi="Times New Roman" w:cs="Times New Roman"/>
          <w:sz w:val="24"/>
          <w:szCs w:val="24"/>
          <w:lang w:val="ru-RU"/>
        </w:rPr>
        <w:t>8.</w:t>
      </w:r>
      <w:r w:rsidR="004B626C" w:rsidRPr="006A7718">
        <w:rPr>
          <w:rFonts w:ascii="Times New Roman" w:hAnsi="Times New Roman" w:cs="Times New Roman"/>
          <w:sz w:val="24"/>
          <w:szCs w:val="24"/>
          <w:lang w:val="ru-RU"/>
        </w:rPr>
        <w:t>1.</w:t>
      </w:r>
      <w:r w:rsidRPr="006A7718">
        <w:rPr>
          <w:rFonts w:ascii="Times New Roman" w:hAnsi="Times New Roman" w:cs="Times New Roman"/>
          <w:sz w:val="24"/>
          <w:szCs w:val="24"/>
          <w:lang w:val="ru-RU"/>
        </w:rPr>
        <w:t>7. Соблюдение всех лицензионных прав и получение согласований от правообладателя ПП является обязанностью Заказчика.</w:t>
      </w:r>
    </w:p>
    <w:p w14:paraId="3411F397" w14:textId="5491EC4B" w:rsidR="00C565BC" w:rsidRPr="006A7718" w:rsidRDefault="008E7C1C" w:rsidP="006A7718">
      <w:pPr>
        <w:spacing w:after="0" w:line="240" w:lineRule="auto"/>
        <w:ind w:firstLine="720"/>
        <w:jc w:val="both"/>
        <w:rPr>
          <w:rFonts w:ascii="Times New Roman" w:hAnsi="Times New Roman" w:cs="Times New Roman"/>
          <w:sz w:val="24"/>
          <w:szCs w:val="24"/>
          <w:lang w:val="ru-RU"/>
        </w:rPr>
      </w:pPr>
      <w:r w:rsidRPr="006A7718">
        <w:rPr>
          <w:rFonts w:ascii="Times New Roman" w:hAnsi="Times New Roman" w:cs="Times New Roman"/>
          <w:sz w:val="24"/>
          <w:szCs w:val="24"/>
          <w:lang w:val="ru-RU"/>
        </w:rPr>
        <w:t>8.</w:t>
      </w:r>
      <w:r w:rsidR="004B626C" w:rsidRPr="006A7718">
        <w:rPr>
          <w:rFonts w:ascii="Times New Roman" w:hAnsi="Times New Roman" w:cs="Times New Roman"/>
          <w:sz w:val="24"/>
          <w:szCs w:val="24"/>
          <w:lang w:val="ru-RU"/>
        </w:rPr>
        <w:t>1.</w:t>
      </w:r>
      <w:r w:rsidRPr="006A7718">
        <w:rPr>
          <w:rFonts w:ascii="Times New Roman" w:hAnsi="Times New Roman" w:cs="Times New Roman"/>
          <w:sz w:val="24"/>
          <w:szCs w:val="24"/>
          <w:lang w:val="ru-RU"/>
        </w:rPr>
        <w:t>8. Заказчик полностью несет ответственность за правильность методологии управленческого и бухгалтерского учета на своем предприятии.</w:t>
      </w:r>
    </w:p>
    <w:p w14:paraId="2FBAB70E" w14:textId="45845EE9" w:rsidR="00C565BC" w:rsidRPr="006A7718" w:rsidRDefault="008E7C1C" w:rsidP="006A7718">
      <w:pPr>
        <w:spacing w:after="0" w:line="240" w:lineRule="auto"/>
        <w:ind w:firstLine="720"/>
        <w:jc w:val="both"/>
        <w:rPr>
          <w:rFonts w:ascii="Times New Roman" w:hAnsi="Times New Roman" w:cs="Times New Roman"/>
          <w:sz w:val="24"/>
          <w:szCs w:val="24"/>
          <w:lang w:val="ru-RU"/>
        </w:rPr>
      </w:pPr>
      <w:r w:rsidRPr="006A7718">
        <w:rPr>
          <w:rFonts w:ascii="Times New Roman" w:hAnsi="Times New Roman" w:cs="Times New Roman"/>
          <w:sz w:val="24"/>
          <w:szCs w:val="24"/>
          <w:lang w:val="ru-RU"/>
        </w:rPr>
        <w:t>8.</w:t>
      </w:r>
      <w:r w:rsidR="006A7718" w:rsidRPr="006A7718">
        <w:rPr>
          <w:rFonts w:ascii="Times New Roman" w:hAnsi="Times New Roman" w:cs="Times New Roman"/>
          <w:sz w:val="24"/>
          <w:szCs w:val="24"/>
          <w:lang w:val="ru-RU"/>
        </w:rPr>
        <w:t>2</w:t>
      </w:r>
      <w:r w:rsidRPr="006A7718">
        <w:rPr>
          <w:rFonts w:ascii="Times New Roman" w:hAnsi="Times New Roman" w:cs="Times New Roman"/>
          <w:sz w:val="24"/>
          <w:szCs w:val="24"/>
          <w:lang w:val="ru-RU"/>
        </w:rPr>
        <w:t>. В случае нарушения Заказчиком сроков оплаты Услуг, Исполнитель вправе требовать выплаты неустойки в размере 0,1% от просроченной суммы за каждый день просрочки, но не более 10% от неуплаченной в срок суммы.</w:t>
      </w:r>
    </w:p>
    <w:p w14:paraId="7099E276" w14:textId="6DCC4884" w:rsidR="008116F2" w:rsidRPr="006A7718" w:rsidRDefault="008116F2" w:rsidP="006A7718">
      <w:pPr>
        <w:spacing w:after="0" w:line="240" w:lineRule="auto"/>
        <w:ind w:firstLine="720"/>
        <w:jc w:val="both"/>
        <w:rPr>
          <w:rFonts w:ascii="Times New Roman" w:hAnsi="Times New Roman" w:cs="Times New Roman"/>
          <w:sz w:val="24"/>
          <w:szCs w:val="24"/>
          <w:lang w:val="ru-RU"/>
        </w:rPr>
      </w:pPr>
      <w:r w:rsidRPr="006A7718">
        <w:rPr>
          <w:rFonts w:ascii="Times New Roman" w:hAnsi="Times New Roman" w:cs="Times New Roman"/>
          <w:sz w:val="24"/>
          <w:szCs w:val="24"/>
          <w:lang w:val="ru-RU"/>
        </w:rPr>
        <w:t>8.</w:t>
      </w:r>
      <w:r w:rsidR="006A7718" w:rsidRPr="006A7718">
        <w:rPr>
          <w:rFonts w:ascii="Times New Roman" w:hAnsi="Times New Roman" w:cs="Times New Roman"/>
          <w:sz w:val="24"/>
          <w:szCs w:val="24"/>
          <w:lang w:val="ru-RU"/>
        </w:rPr>
        <w:t>2.1</w:t>
      </w:r>
      <w:r w:rsidRPr="006A7718">
        <w:rPr>
          <w:rFonts w:ascii="Times New Roman" w:hAnsi="Times New Roman" w:cs="Times New Roman"/>
          <w:sz w:val="24"/>
          <w:szCs w:val="24"/>
          <w:lang w:val="ru-RU"/>
        </w:rPr>
        <w:t xml:space="preserve">. </w:t>
      </w:r>
      <w:r w:rsidRPr="006A7718">
        <w:rPr>
          <w:rFonts w:ascii="Times New Roman" w:hAnsi="Times New Roman" w:cs="Times New Roman"/>
          <w:sz w:val="24"/>
          <w:szCs w:val="24"/>
          <w:lang w:val="ru-RU"/>
        </w:rPr>
        <w:t>Исполнитель несет ответственность за ненадлежащее исполнение или неисполнение обязательств по настоящему Договору в соответствии с законодательством Российской Федерации и условиями настоящего Договора</w:t>
      </w:r>
      <w:r w:rsidRPr="006A7718">
        <w:rPr>
          <w:rFonts w:ascii="Times New Roman" w:hAnsi="Times New Roman" w:cs="Times New Roman"/>
          <w:sz w:val="24"/>
          <w:szCs w:val="24"/>
          <w:lang w:val="ru-RU"/>
        </w:rPr>
        <w:t>.</w:t>
      </w:r>
    </w:p>
    <w:p w14:paraId="3BA0AE52" w14:textId="336BD393" w:rsidR="008116F2" w:rsidRPr="006A7718" w:rsidRDefault="008116F2" w:rsidP="006A7718">
      <w:pPr>
        <w:spacing w:after="0" w:line="240" w:lineRule="auto"/>
        <w:ind w:firstLine="720"/>
        <w:jc w:val="both"/>
        <w:rPr>
          <w:rFonts w:ascii="Times New Roman" w:hAnsi="Times New Roman" w:cs="Times New Roman"/>
          <w:sz w:val="24"/>
          <w:szCs w:val="24"/>
          <w:lang w:val="ru-RU"/>
        </w:rPr>
      </w:pPr>
      <w:r w:rsidRPr="006A7718">
        <w:rPr>
          <w:rFonts w:ascii="Times New Roman" w:hAnsi="Times New Roman" w:cs="Times New Roman"/>
          <w:sz w:val="24"/>
          <w:szCs w:val="24"/>
          <w:lang w:val="ru-RU"/>
        </w:rPr>
        <w:t>8.</w:t>
      </w:r>
      <w:r w:rsidR="006A7718" w:rsidRPr="006A7718">
        <w:rPr>
          <w:rFonts w:ascii="Times New Roman" w:hAnsi="Times New Roman" w:cs="Times New Roman"/>
          <w:sz w:val="24"/>
          <w:szCs w:val="24"/>
          <w:lang w:val="ru-RU"/>
        </w:rPr>
        <w:t>2.2</w:t>
      </w:r>
      <w:r w:rsidRPr="006A7718">
        <w:rPr>
          <w:rFonts w:ascii="Times New Roman" w:hAnsi="Times New Roman" w:cs="Times New Roman"/>
          <w:sz w:val="24"/>
          <w:szCs w:val="24"/>
          <w:lang w:val="ru-RU"/>
        </w:rPr>
        <w:t xml:space="preserve">. </w:t>
      </w:r>
      <w:r w:rsidRPr="006A7718">
        <w:rPr>
          <w:rFonts w:ascii="Times New Roman" w:hAnsi="Times New Roman" w:cs="Times New Roman"/>
          <w:bCs/>
          <w:sz w:val="24"/>
          <w:szCs w:val="24"/>
          <w:lang w:val="ru-RU"/>
        </w:rPr>
        <w:t>Исполнитель несет ответственность за сохранность полученных от Заказчика учетных данных, паролей, ключей доступа, информационных баз и иной конфиденциальной информации. Передача таких данных третьим лицам допускается только с предварительного письменного согласия Заказчика, за исключением случаев, предусмотренных законодательством Российской Федерации.</w:t>
      </w:r>
    </w:p>
    <w:p w14:paraId="236D8043" w14:textId="3E257AD7" w:rsidR="008116F2" w:rsidRPr="006A7718" w:rsidRDefault="008116F2" w:rsidP="006A7718">
      <w:pPr>
        <w:spacing w:after="0" w:line="240" w:lineRule="auto"/>
        <w:ind w:firstLine="720"/>
        <w:jc w:val="both"/>
        <w:rPr>
          <w:rFonts w:ascii="Times New Roman" w:hAnsi="Times New Roman" w:cs="Times New Roman"/>
          <w:bCs/>
          <w:sz w:val="24"/>
          <w:szCs w:val="24"/>
          <w:lang w:val="ru-RU"/>
        </w:rPr>
      </w:pPr>
      <w:r w:rsidRPr="006A7718">
        <w:rPr>
          <w:rFonts w:ascii="Times New Roman" w:hAnsi="Times New Roman" w:cs="Times New Roman"/>
          <w:sz w:val="24"/>
          <w:szCs w:val="24"/>
          <w:lang w:val="ru-RU"/>
        </w:rPr>
        <w:t>8.</w:t>
      </w:r>
      <w:r w:rsidR="006A7718" w:rsidRPr="006A7718">
        <w:rPr>
          <w:rFonts w:ascii="Times New Roman" w:hAnsi="Times New Roman" w:cs="Times New Roman"/>
          <w:sz w:val="24"/>
          <w:szCs w:val="24"/>
          <w:lang w:val="ru-RU"/>
        </w:rPr>
        <w:t>2.3</w:t>
      </w:r>
      <w:r w:rsidRPr="006A7718">
        <w:rPr>
          <w:rFonts w:ascii="Times New Roman" w:hAnsi="Times New Roman" w:cs="Times New Roman"/>
          <w:sz w:val="24"/>
          <w:szCs w:val="24"/>
          <w:lang w:val="ru-RU"/>
        </w:rPr>
        <w:t>.</w:t>
      </w:r>
      <w:r w:rsidRPr="006A7718">
        <w:rPr>
          <w:rFonts w:ascii="Times New Roman" w:hAnsi="Times New Roman" w:cs="Times New Roman"/>
          <w:bCs/>
          <w:sz w:val="24"/>
          <w:szCs w:val="24"/>
          <w:lang w:val="ru-RU"/>
        </w:rPr>
        <w:t xml:space="preserve"> В случае нарушения сроков оказания Услуг, установленных настоящим Договором, Исполнитель уплачивает Заказчику пеню в размере 0,01% от стоимости просроченных услуг за каждый день просрочки, но не более 10% от указанной стоимости.</w:t>
      </w:r>
    </w:p>
    <w:p w14:paraId="3ADE49A8" w14:textId="21DC113A" w:rsidR="008116F2" w:rsidRPr="006A7718" w:rsidRDefault="008116F2" w:rsidP="006A7718">
      <w:pPr>
        <w:spacing w:after="0" w:line="240" w:lineRule="auto"/>
        <w:ind w:firstLine="720"/>
        <w:jc w:val="both"/>
        <w:rPr>
          <w:rFonts w:ascii="Times New Roman" w:hAnsi="Times New Roman" w:cs="Times New Roman"/>
          <w:bCs/>
          <w:sz w:val="24"/>
          <w:szCs w:val="24"/>
          <w:lang w:val="ru-RU"/>
        </w:rPr>
      </w:pPr>
      <w:r w:rsidRPr="006A7718">
        <w:rPr>
          <w:rFonts w:ascii="Times New Roman" w:hAnsi="Times New Roman" w:cs="Times New Roman"/>
          <w:bCs/>
          <w:sz w:val="24"/>
          <w:szCs w:val="24"/>
          <w:lang w:val="ru-RU"/>
        </w:rPr>
        <w:t>8.</w:t>
      </w:r>
      <w:r w:rsidR="006A7718" w:rsidRPr="006A7718">
        <w:rPr>
          <w:rFonts w:ascii="Times New Roman" w:hAnsi="Times New Roman" w:cs="Times New Roman"/>
          <w:bCs/>
          <w:sz w:val="24"/>
          <w:szCs w:val="24"/>
          <w:lang w:val="ru-RU"/>
        </w:rPr>
        <w:t>2.4</w:t>
      </w:r>
      <w:r w:rsidR="006A7718">
        <w:rPr>
          <w:rFonts w:ascii="Times New Roman" w:hAnsi="Times New Roman" w:cs="Times New Roman"/>
          <w:bCs/>
          <w:sz w:val="24"/>
          <w:szCs w:val="24"/>
          <w:lang w:val="ru-RU"/>
        </w:rPr>
        <w:t>.</w:t>
      </w:r>
      <w:r w:rsidRPr="006A7718">
        <w:rPr>
          <w:rFonts w:ascii="Times New Roman" w:hAnsi="Times New Roman" w:cs="Times New Roman"/>
          <w:bCs/>
          <w:sz w:val="24"/>
          <w:szCs w:val="24"/>
          <w:lang w:val="ru-RU"/>
        </w:rPr>
        <w:t>В случае нарушения сроков устранения неисправностей в программе «1С», установленных Договором или согласованными Сторонами заявками, Исполнитель уплачивает Заказчику пеню в размере 0,01% от ежемесячной стоимости обслуживания за каждый день просрочки, но не более 10% от указанной стоимости.</w:t>
      </w:r>
    </w:p>
    <w:p w14:paraId="15C05A9B" w14:textId="023D9D83" w:rsidR="004B626C" w:rsidRPr="006A7718" w:rsidRDefault="004B626C" w:rsidP="006A7718">
      <w:pPr>
        <w:spacing w:after="0" w:line="240" w:lineRule="auto"/>
        <w:ind w:firstLine="720"/>
        <w:jc w:val="both"/>
        <w:rPr>
          <w:rFonts w:ascii="Times New Roman" w:hAnsi="Times New Roman" w:cs="Times New Roman"/>
          <w:bCs/>
          <w:sz w:val="24"/>
          <w:szCs w:val="24"/>
          <w:lang w:val="ru-RU"/>
        </w:rPr>
      </w:pPr>
      <w:r w:rsidRPr="006A7718">
        <w:rPr>
          <w:rFonts w:ascii="Times New Roman" w:hAnsi="Times New Roman" w:cs="Times New Roman"/>
          <w:bCs/>
          <w:sz w:val="24"/>
          <w:szCs w:val="24"/>
          <w:lang w:val="ru-RU"/>
        </w:rPr>
        <w:t>8.</w:t>
      </w:r>
      <w:r w:rsidR="006A7718" w:rsidRPr="006A7718">
        <w:rPr>
          <w:rFonts w:ascii="Times New Roman" w:hAnsi="Times New Roman" w:cs="Times New Roman"/>
          <w:bCs/>
          <w:sz w:val="24"/>
          <w:szCs w:val="24"/>
          <w:lang w:val="ru-RU"/>
        </w:rPr>
        <w:t>2.5</w:t>
      </w:r>
      <w:r w:rsidRPr="006A7718">
        <w:rPr>
          <w:rFonts w:ascii="Times New Roman" w:hAnsi="Times New Roman" w:cs="Times New Roman"/>
          <w:bCs/>
          <w:sz w:val="24"/>
          <w:szCs w:val="24"/>
          <w:lang w:val="ru-RU"/>
        </w:rPr>
        <w:t xml:space="preserve"> Уплата неустойки не освобождает Исполнителя от обязанности надлежащим образом исполнить обязательства по настоящему Договору и устранить допущенные нарушения.</w:t>
      </w:r>
    </w:p>
    <w:p w14:paraId="290D6DB4" w14:textId="611C1960" w:rsidR="00C565BC" w:rsidRPr="006A7718" w:rsidRDefault="008116F2" w:rsidP="006A7718">
      <w:pPr>
        <w:spacing w:after="0" w:line="240" w:lineRule="auto"/>
        <w:ind w:firstLine="720"/>
        <w:jc w:val="both"/>
        <w:rPr>
          <w:rFonts w:ascii="Times New Roman" w:hAnsi="Times New Roman" w:cs="Times New Roman"/>
          <w:sz w:val="24"/>
          <w:szCs w:val="24"/>
          <w:lang w:val="ru-RU"/>
        </w:rPr>
      </w:pPr>
      <w:r w:rsidRPr="006A7718">
        <w:rPr>
          <w:rFonts w:ascii="Times New Roman" w:hAnsi="Times New Roman" w:cs="Times New Roman"/>
          <w:sz w:val="24"/>
          <w:szCs w:val="24"/>
          <w:lang w:val="ru-RU"/>
        </w:rPr>
        <w:t>8.</w:t>
      </w:r>
      <w:r w:rsidR="006A7718" w:rsidRPr="006A7718">
        <w:rPr>
          <w:rFonts w:ascii="Times New Roman" w:hAnsi="Times New Roman" w:cs="Times New Roman"/>
          <w:sz w:val="24"/>
          <w:szCs w:val="24"/>
          <w:lang w:val="ru-RU"/>
        </w:rPr>
        <w:t>3</w:t>
      </w:r>
      <w:r w:rsidR="008E7C1C" w:rsidRPr="006A7718">
        <w:rPr>
          <w:rFonts w:ascii="Times New Roman" w:hAnsi="Times New Roman" w:cs="Times New Roman"/>
          <w:sz w:val="24"/>
          <w:szCs w:val="24"/>
          <w:lang w:val="ru-RU"/>
        </w:rPr>
        <w:t>. Совокупный размер ответственности Сторон по настоящему Договору независимо от ее характера не может превышать 10 (десяти) процентов уплаченной Заказчиком среднемесячной стоимости Услуг без учета НДС, рассчитанной за 12 месяцев, предшествующих дате предъявления претензии.</w:t>
      </w:r>
    </w:p>
    <w:p w14:paraId="03364F29" w14:textId="3C8F4823" w:rsidR="00C565BC" w:rsidRPr="006A7718" w:rsidRDefault="008116F2" w:rsidP="006A7718">
      <w:pPr>
        <w:spacing w:after="0" w:line="240" w:lineRule="auto"/>
        <w:ind w:firstLine="720"/>
        <w:jc w:val="both"/>
        <w:rPr>
          <w:rFonts w:ascii="Times New Roman" w:hAnsi="Times New Roman" w:cs="Times New Roman"/>
          <w:sz w:val="24"/>
          <w:szCs w:val="24"/>
          <w:lang w:val="ru-RU"/>
        </w:rPr>
      </w:pPr>
      <w:r w:rsidRPr="006A7718">
        <w:rPr>
          <w:rFonts w:ascii="Times New Roman" w:hAnsi="Times New Roman" w:cs="Times New Roman"/>
          <w:sz w:val="24"/>
          <w:szCs w:val="24"/>
          <w:lang w:val="ru-RU"/>
        </w:rPr>
        <w:t>8.</w:t>
      </w:r>
      <w:r w:rsidR="006A7718" w:rsidRPr="006A7718">
        <w:rPr>
          <w:rFonts w:ascii="Times New Roman" w:hAnsi="Times New Roman" w:cs="Times New Roman"/>
          <w:sz w:val="24"/>
          <w:szCs w:val="24"/>
          <w:lang w:val="ru-RU"/>
        </w:rPr>
        <w:t>3.1</w:t>
      </w:r>
      <w:r w:rsidR="008E7C1C" w:rsidRPr="006A7718">
        <w:rPr>
          <w:rFonts w:ascii="Times New Roman" w:hAnsi="Times New Roman" w:cs="Times New Roman"/>
          <w:sz w:val="24"/>
          <w:szCs w:val="24"/>
          <w:lang w:val="ru-RU"/>
        </w:rPr>
        <w:t>. Исполнитель не несет ответственности за нарушение сроков оказания Услуг, вызванное действиями или бездействиями со стороны Заказчика.</w:t>
      </w:r>
    </w:p>
    <w:p w14:paraId="55879748" w14:textId="5AC7A4EA" w:rsidR="00C565BC" w:rsidRPr="006A7718" w:rsidRDefault="008116F2" w:rsidP="006A7718">
      <w:pPr>
        <w:spacing w:after="0" w:line="240" w:lineRule="auto"/>
        <w:ind w:firstLine="720"/>
        <w:jc w:val="both"/>
        <w:rPr>
          <w:rFonts w:ascii="Times New Roman" w:hAnsi="Times New Roman" w:cs="Times New Roman"/>
          <w:sz w:val="24"/>
          <w:szCs w:val="24"/>
          <w:lang w:val="ru-RU"/>
        </w:rPr>
      </w:pPr>
      <w:r w:rsidRPr="006A7718">
        <w:rPr>
          <w:rFonts w:ascii="Times New Roman" w:hAnsi="Times New Roman" w:cs="Times New Roman"/>
          <w:sz w:val="24"/>
          <w:szCs w:val="24"/>
          <w:lang w:val="ru-RU"/>
        </w:rPr>
        <w:t>8.</w:t>
      </w:r>
      <w:r w:rsidR="006A7718" w:rsidRPr="006A7718">
        <w:rPr>
          <w:rFonts w:ascii="Times New Roman" w:hAnsi="Times New Roman" w:cs="Times New Roman"/>
          <w:sz w:val="24"/>
          <w:szCs w:val="24"/>
          <w:lang w:val="ru-RU"/>
        </w:rPr>
        <w:t>3.2.</w:t>
      </w:r>
      <w:r w:rsidR="008E7C1C" w:rsidRPr="006A7718">
        <w:rPr>
          <w:rFonts w:ascii="Times New Roman" w:hAnsi="Times New Roman" w:cs="Times New Roman"/>
          <w:sz w:val="24"/>
          <w:szCs w:val="24"/>
          <w:lang w:val="ru-RU"/>
        </w:rPr>
        <w:t xml:space="preserve"> Заказчик несет ответственность за организацию доступа третьих лиц к каналам взаимодействия с Исполнителем.</w:t>
      </w:r>
    </w:p>
    <w:p w14:paraId="4DC3989F" w14:textId="380E98B3" w:rsidR="00C565BC" w:rsidRPr="006A7718" w:rsidRDefault="006A7718" w:rsidP="006A7718">
      <w:pPr>
        <w:spacing w:after="0" w:line="240" w:lineRule="auto"/>
        <w:ind w:firstLine="720"/>
        <w:jc w:val="both"/>
        <w:rPr>
          <w:rFonts w:ascii="Times New Roman" w:hAnsi="Times New Roman" w:cs="Times New Roman"/>
          <w:sz w:val="24"/>
          <w:szCs w:val="24"/>
          <w:lang w:val="ru-RU"/>
        </w:rPr>
      </w:pPr>
      <w:r w:rsidRPr="006A7718">
        <w:rPr>
          <w:rFonts w:ascii="Times New Roman" w:hAnsi="Times New Roman" w:cs="Times New Roman"/>
          <w:sz w:val="24"/>
          <w:szCs w:val="24"/>
          <w:lang w:val="ru-RU"/>
        </w:rPr>
        <w:t xml:space="preserve">8.3.3. </w:t>
      </w:r>
      <w:r w:rsidR="008E7C1C" w:rsidRPr="006A7718">
        <w:rPr>
          <w:rFonts w:ascii="Times New Roman" w:hAnsi="Times New Roman" w:cs="Times New Roman"/>
          <w:sz w:val="24"/>
          <w:szCs w:val="24"/>
          <w:lang w:val="ru-RU"/>
        </w:rPr>
        <w:t xml:space="preserve">Сторона, в системе </w:t>
      </w:r>
      <w:r w:rsidR="008E7C1C" w:rsidRPr="006A7718">
        <w:rPr>
          <w:rFonts w:ascii="Times New Roman" w:hAnsi="Times New Roman" w:cs="Times New Roman"/>
          <w:sz w:val="24"/>
          <w:szCs w:val="24"/>
        </w:rPr>
        <w:t>Service</w:t>
      </w:r>
      <w:r w:rsidR="008E7C1C" w:rsidRPr="006A7718">
        <w:rPr>
          <w:rFonts w:ascii="Times New Roman" w:hAnsi="Times New Roman" w:cs="Times New Roman"/>
          <w:sz w:val="24"/>
          <w:szCs w:val="24"/>
          <w:lang w:val="ru-RU"/>
        </w:rPr>
        <w:t xml:space="preserve"> </w:t>
      </w:r>
      <w:r w:rsidR="008E7C1C" w:rsidRPr="006A7718">
        <w:rPr>
          <w:rFonts w:ascii="Times New Roman" w:hAnsi="Times New Roman" w:cs="Times New Roman"/>
          <w:sz w:val="24"/>
          <w:szCs w:val="24"/>
        </w:rPr>
        <w:t>Desk</w:t>
      </w:r>
      <w:r w:rsidR="008E7C1C" w:rsidRPr="006A7718">
        <w:rPr>
          <w:rFonts w:ascii="Times New Roman" w:hAnsi="Times New Roman" w:cs="Times New Roman"/>
          <w:sz w:val="24"/>
          <w:szCs w:val="24"/>
          <w:lang w:val="ru-RU"/>
        </w:rPr>
        <w:t xml:space="preserve"> которой ведется взаимодействие, обязана обеспечить сохранность имеющихся в ней данных во время действия Договора и в течение трех лет после его завершения.</w:t>
      </w:r>
    </w:p>
    <w:p w14:paraId="44820773" w14:textId="47956B29" w:rsidR="004B626C" w:rsidRPr="006A7718" w:rsidRDefault="004B626C" w:rsidP="006A7718">
      <w:pPr>
        <w:pStyle w:val="ae"/>
        <w:spacing w:after="0" w:line="240" w:lineRule="auto"/>
        <w:ind w:left="0" w:firstLine="720"/>
        <w:jc w:val="both"/>
        <w:rPr>
          <w:rFonts w:ascii="Times New Roman" w:hAnsi="Times New Roman" w:cs="Times New Roman"/>
          <w:sz w:val="24"/>
          <w:szCs w:val="24"/>
          <w:lang w:val="ru-RU"/>
        </w:rPr>
      </w:pPr>
      <w:r w:rsidRPr="006A7718">
        <w:rPr>
          <w:rFonts w:ascii="Times New Roman" w:hAnsi="Times New Roman" w:cs="Times New Roman"/>
          <w:sz w:val="24"/>
          <w:szCs w:val="24"/>
          <w:lang w:val="ru-RU"/>
        </w:rPr>
        <w:t>8.</w:t>
      </w:r>
      <w:r w:rsidR="006A7718" w:rsidRPr="006A7718">
        <w:rPr>
          <w:rFonts w:ascii="Times New Roman" w:hAnsi="Times New Roman" w:cs="Times New Roman"/>
          <w:sz w:val="24"/>
          <w:szCs w:val="24"/>
          <w:lang w:val="ru-RU"/>
        </w:rPr>
        <w:t>3.4</w:t>
      </w:r>
      <w:r w:rsidRPr="006A7718">
        <w:rPr>
          <w:rFonts w:ascii="Times New Roman" w:hAnsi="Times New Roman" w:cs="Times New Roman"/>
          <w:sz w:val="24"/>
          <w:szCs w:val="24"/>
          <w:lang w:val="ru-RU"/>
        </w:rPr>
        <w:t xml:space="preserve"> Споры и разногласия, возникшие в связи с исполнением Договора, разрешаются путем переговоров. При не достижении согласия между Сторонами, споры разрешаются Арбитражным судом Ямало-Ненецкого автономного округа. Соблюдение досудебного претензионного порядка при этом обязательно. Срок рассмотрения претензии не может превышать 10 (десяти) рабочих дней. К претензии должны быть приложены подтверждающие ее документы в подлиннике или надлежащим образом заверенные копии. </w:t>
      </w:r>
    </w:p>
    <w:p w14:paraId="4B6498C0" w14:textId="7F674C97" w:rsidR="004B626C" w:rsidRPr="006A7718" w:rsidRDefault="004B626C" w:rsidP="006A7718">
      <w:pPr>
        <w:tabs>
          <w:tab w:val="left" w:pos="709"/>
        </w:tabs>
        <w:spacing w:after="0" w:line="240" w:lineRule="auto"/>
        <w:ind w:firstLine="720"/>
        <w:jc w:val="both"/>
        <w:rPr>
          <w:rFonts w:ascii="Times New Roman" w:hAnsi="Times New Roman" w:cs="Times New Roman"/>
          <w:sz w:val="24"/>
          <w:szCs w:val="24"/>
          <w:lang w:val="ru-RU"/>
        </w:rPr>
      </w:pPr>
      <w:r w:rsidRPr="006A7718">
        <w:rPr>
          <w:rFonts w:ascii="Times New Roman" w:hAnsi="Times New Roman" w:cs="Times New Roman"/>
          <w:sz w:val="24"/>
          <w:szCs w:val="24"/>
          <w:lang w:val="ru-RU"/>
        </w:rPr>
        <w:lastRenderedPageBreak/>
        <w:t>8.</w:t>
      </w:r>
      <w:r w:rsidR="006A7718" w:rsidRPr="006A7718">
        <w:rPr>
          <w:rFonts w:ascii="Times New Roman" w:hAnsi="Times New Roman" w:cs="Times New Roman"/>
          <w:sz w:val="24"/>
          <w:szCs w:val="24"/>
          <w:lang w:val="ru-RU"/>
        </w:rPr>
        <w:t>3.5.</w:t>
      </w:r>
      <w:r w:rsidRPr="006A7718">
        <w:rPr>
          <w:rFonts w:ascii="Times New Roman" w:hAnsi="Times New Roman" w:cs="Times New Roman"/>
          <w:sz w:val="24"/>
          <w:szCs w:val="24"/>
          <w:lang w:val="ru-RU"/>
        </w:rPr>
        <w:t xml:space="preserve"> Требование (претензия) об уплате неустойки, предусмотренной Договором, предъявляется заинтересованной Стороной другой Стороне в письменном виде. </w:t>
      </w:r>
    </w:p>
    <w:p w14:paraId="6D44CCA6" w14:textId="51994134" w:rsidR="004B626C" w:rsidRPr="006A7718" w:rsidRDefault="004B626C" w:rsidP="006A7718">
      <w:pPr>
        <w:tabs>
          <w:tab w:val="left" w:pos="709"/>
        </w:tabs>
        <w:spacing w:after="0" w:line="240" w:lineRule="auto"/>
        <w:ind w:firstLine="720"/>
        <w:jc w:val="both"/>
        <w:rPr>
          <w:rFonts w:ascii="Times New Roman" w:hAnsi="Times New Roman" w:cs="Times New Roman"/>
          <w:sz w:val="24"/>
          <w:szCs w:val="24"/>
          <w:lang w:val="ru-RU"/>
        </w:rPr>
      </w:pPr>
      <w:r w:rsidRPr="006A7718">
        <w:rPr>
          <w:rFonts w:ascii="Times New Roman" w:hAnsi="Times New Roman" w:cs="Times New Roman"/>
          <w:sz w:val="24"/>
          <w:szCs w:val="24"/>
          <w:lang w:val="ru-RU"/>
        </w:rPr>
        <w:t>8.</w:t>
      </w:r>
      <w:r w:rsidR="006A7718" w:rsidRPr="006A7718">
        <w:rPr>
          <w:rFonts w:ascii="Times New Roman" w:hAnsi="Times New Roman" w:cs="Times New Roman"/>
          <w:sz w:val="24"/>
          <w:szCs w:val="24"/>
          <w:lang w:val="ru-RU"/>
        </w:rPr>
        <w:t>3.6.</w:t>
      </w:r>
      <w:r w:rsidRPr="006A7718">
        <w:rPr>
          <w:rFonts w:ascii="Times New Roman" w:hAnsi="Times New Roman" w:cs="Times New Roman"/>
          <w:sz w:val="24"/>
          <w:szCs w:val="24"/>
          <w:lang w:val="ru-RU"/>
        </w:rPr>
        <w:t xml:space="preserve"> Уплата неустоек или возмещение убытков производится в течение 20 банковских дней с даты письменного уведомления о принятии сумм к возмещению, и не освобождает виновную Сторону от исполнения обязательств по Договору. </w:t>
      </w:r>
    </w:p>
    <w:p w14:paraId="036BE06A" w14:textId="75175F05" w:rsidR="004B626C" w:rsidRPr="006A7718" w:rsidRDefault="006A7718" w:rsidP="006A7718">
      <w:pPr>
        <w:tabs>
          <w:tab w:val="left" w:pos="709"/>
        </w:tabs>
        <w:spacing w:after="0" w:line="240" w:lineRule="auto"/>
        <w:ind w:firstLine="720"/>
        <w:jc w:val="both"/>
        <w:rPr>
          <w:rFonts w:ascii="Times New Roman" w:hAnsi="Times New Roman" w:cs="Times New Roman"/>
          <w:snapToGrid w:val="0"/>
          <w:sz w:val="24"/>
          <w:szCs w:val="24"/>
          <w:lang w:val="ru-RU"/>
        </w:rPr>
      </w:pPr>
      <w:r w:rsidRPr="006A7718">
        <w:rPr>
          <w:rFonts w:ascii="Times New Roman" w:hAnsi="Times New Roman" w:cs="Times New Roman"/>
          <w:snapToGrid w:val="0"/>
          <w:sz w:val="24"/>
          <w:szCs w:val="24"/>
          <w:lang w:val="ru-RU"/>
        </w:rPr>
        <w:t>8.3.7.</w:t>
      </w:r>
      <w:r w:rsidR="004B626C" w:rsidRPr="006A7718">
        <w:rPr>
          <w:rFonts w:ascii="Times New Roman" w:hAnsi="Times New Roman" w:cs="Times New Roman"/>
          <w:snapToGrid w:val="0"/>
          <w:sz w:val="24"/>
          <w:szCs w:val="24"/>
          <w:lang w:val="ru-RU"/>
        </w:rPr>
        <w:t xml:space="preserve"> Начисление и оплата неустойки в соответствии с настоящим Договором не освобождает Стороны от иных видов ответственности, предусмотренных действующим законодательством.</w:t>
      </w:r>
    </w:p>
    <w:p w14:paraId="0C481609" w14:textId="77777777" w:rsidR="004B626C" w:rsidRPr="008E7C1C" w:rsidRDefault="004B626C" w:rsidP="005F043D">
      <w:pPr>
        <w:spacing w:after="0" w:line="240" w:lineRule="auto"/>
        <w:ind w:firstLine="720"/>
        <w:jc w:val="both"/>
        <w:rPr>
          <w:rFonts w:ascii="Times New Roman" w:hAnsi="Times New Roman" w:cs="Times New Roman"/>
          <w:sz w:val="24"/>
          <w:szCs w:val="24"/>
          <w:lang w:val="ru-RU"/>
        </w:rPr>
      </w:pPr>
    </w:p>
    <w:p w14:paraId="73B10456" w14:textId="77777777" w:rsidR="005F043D" w:rsidRPr="008E7C1C" w:rsidRDefault="005F043D" w:rsidP="005F043D">
      <w:pPr>
        <w:spacing w:after="0" w:line="240" w:lineRule="auto"/>
        <w:ind w:firstLine="720"/>
        <w:jc w:val="both"/>
        <w:rPr>
          <w:rFonts w:ascii="Times New Roman" w:hAnsi="Times New Roman" w:cs="Times New Roman"/>
          <w:sz w:val="24"/>
          <w:szCs w:val="24"/>
          <w:lang w:val="ru-RU"/>
        </w:rPr>
      </w:pPr>
    </w:p>
    <w:p w14:paraId="63C2F915" w14:textId="77777777" w:rsidR="00C565BC" w:rsidRPr="008E7C1C" w:rsidRDefault="008E7C1C" w:rsidP="005F043D">
      <w:pPr>
        <w:spacing w:after="0" w:line="240" w:lineRule="auto"/>
        <w:ind w:firstLine="720"/>
        <w:jc w:val="center"/>
        <w:rPr>
          <w:rFonts w:ascii="Times New Roman" w:hAnsi="Times New Roman" w:cs="Times New Roman"/>
          <w:sz w:val="24"/>
          <w:szCs w:val="24"/>
          <w:lang w:val="ru-RU"/>
        </w:rPr>
      </w:pPr>
      <w:r w:rsidRPr="008E7C1C">
        <w:rPr>
          <w:rFonts w:ascii="Times New Roman" w:hAnsi="Times New Roman" w:cs="Times New Roman"/>
          <w:b/>
          <w:sz w:val="24"/>
          <w:szCs w:val="24"/>
          <w:lang w:val="ru-RU"/>
        </w:rPr>
        <w:t>9. ИНТЕЛЛЕКТУАЛЬНАЯ СОБСТВЕННОСТЬ</w:t>
      </w:r>
    </w:p>
    <w:p w14:paraId="49DA74FE" w14:textId="77777777" w:rsidR="00C565BC" w:rsidRPr="008E7C1C" w:rsidRDefault="008E7C1C" w:rsidP="005F043D">
      <w:pPr>
        <w:spacing w:after="0" w:line="240" w:lineRule="auto"/>
        <w:ind w:firstLine="720"/>
        <w:jc w:val="both"/>
        <w:rPr>
          <w:rFonts w:ascii="Times New Roman" w:hAnsi="Times New Roman" w:cs="Times New Roman"/>
          <w:sz w:val="24"/>
          <w:szCs w:val="24"/>
          <w:lang w:val="ru-RU"/>
        </w:rPr>
      </w:pPr>
      <w:r w:rsidRPr="008E7C1C">
        <w:rPr>
          <w:rFonts w:ascii="Times New Roman" w:hAnsi="Times New Roman" w:cs="Times New Roman"/>
          <w:sz w:val="24"/>
          <w:szCs w:val="24"/>
          <w:lang w:val="ru-RU"/>
        </w:rPr>
        <w:t>9.1. Права на программное обеспечение Исполнителя или третьих лиц не передаются Заказчику в рамках настоящего Договора.</w:t>
      </w:r>
    </w:p>
    <w:p w14:paraId="5CC7105C" w14:textId="77777777" w:rsidR="00C565BC" w:rsidRPr="008E7C1C" w:rsidRDefault="008E7C1C" w:rsidP="005F043D">
      <w:pPr>
        <w:spacing w:after="0" w:line="240" w:lineRule="auto"/>
        <w:ind w:firstLine="720"/>
        <w:jc w:val="both"/>
        <w:rPr>
          <w:rFonts w:ascii="Times New Roman" w:hAnsi="Times New Roman" w:cs="Times New Roman"/>
          <w:sz w:val="24"/>
          <w:szCs w:val="24"/>
          <w:lang w:val="ru-RU"/>
        </w:rPr>
      </w:pPr>
      <w:r w:rsidRPr="008E7C1C">
        <w:rPr>
          <w:rFonts w:ascii="Times New Roman" w:hAnsi="Times New Roman" w:cs="Times New Roman"/>
          <w:sz w:val="24"/>
          <w:szCs w:val="24"/>
          <w:lang w:val="ru-RU"/>
        </w:rPr>
        <w:t>9.2. Разработанные Исполнителем в ходе реализации Договора идеи, алгоритмы, коды и системные решения являются объектом исключительных прав Исполнителя.</w:t>
      </w:r>
    </w:p>
    <w:p w14:paraId="5BCB7C53" w14:textId="77777777" w:rsidR="00C565BC" w:rsidRPr="008E7C1C" w:rsidRDefault="008E7C1C" w:rsidP="005F043D">
      <w:pPr>
        <w:spacing w:after="0" w:line="240" w:lineRule="auto"/>
        <w:ind w:firstLine="720"/>
        <w:jc w:val="both"/>
        <w:rPr>
          <w:rFonts w:ascii="Times New Roman" w:hAnsi="Times New Roman" w:cs="Times New Roman"/>
          <w:sz w:val="24"/>
          <w:szCs w:val="24"/>
          <w:lang w:val="ru-RU"/>
        </w:rPr>
      </w:pPr>
      <w:r w:rsidRPr="008E7C1C">
        <w:rPr>
          <w:rFonts w:ascii="Times New Roman" w:hAnsi="Times New Roman" w:cs="Times New Roman"/>
          <w:sz w:val="24"/>
          <w:szCs w:val="24"/>
          <w:lang w:val="ru-RU"/>
        </w:rPr>
        <w:t>9.3. С момента подписания Сторонами Акта Заказчик приобретает право использовать результаты работ на условиях безвозмездной простой (неисключительной) лицензии в целях исполнения Договора без права воспроизведения и распространения.</w:t>
      </w:r>
    </w:p>
    <w:p w14:paraId="286D735D" w14:textId="69005CC3" w:rsidR="00C565BC" w:rsidRPr="008E7C1C" w:rsidRDefault="008E7C1C" w:rsidP="005F043D">
      <w:pPr>
        <w:spacing w:after="0" w:line="240" w:lineRule="auto"/>
        <w:ind w:firstLine="720"/>
        <w:jc w:val="both"/>
        <w:rPr>
          <w:rFonts w:ascii="Times New Roman" w:hAnsi="Times New Roman" w:cs="Times New Roman"/>
          <w:sz w:val="24"/>
          <w:szCs w:val="24"/>
          <w:lang w:val="ru-RU"/>
        </w:rPr>
      </w:pPr>
      <w:r w:rsidRPr="008E7C1C">
        <w:rPr>
          <w:rFonts w:ascii="Times New Roman" w:hAnsi="Times New Roman" w:cs="Times New Roman"/>
          <w:sz w:val="24"/>
          <w:szCs w:val="24"/>
          <w:lang w:val="ru-RU"/>
        </w:rPr>
        <w:t xml:space="preserve">9.4. Заказчик поставлен в известность, что работы по адаптации экземпляра ПП осуществляются согласно </w:t>
      </w:r>
      <w:proofErr w:type="spellStart"/>
      <w:r w:rsidRPr="008E7C1C">
        <w:rPr>
          <w:rFonts w:ascii="Times New Roman" w:hAnsi="Times New Roman" w:cs="Times New Roman"/>
          <w:sz w:val="24"/>
          <w:szCs w:val="24"/>
          <w:lang w:val="ru-RU"/>
        </w:rPr>
        <w:t>пп</w:t>
      </w:r>
      <w:proofErr w:type="spellEnd"/>
      <w:r w:rsidRPr="008E7C1C">
        <w:rPr>
          <w:rFonts w:ascii="Times New Roman" w:hAnsi="Times New Roman" w:cs="Times New Roman"/>
          <w:sz w:val="24"/>
          <w:szCs w:val="24"/>
          <w:lang w:val="ru-RU"/>
        </w:rPr>
        <w:t>. 9 п. 2 ст. 1270 и ст. 1280 ГК РФ.</w:t>
      </w:r>
    </w:p>
    <w:p w14:paraId="4DF3990E" w14:textId="77777777" w:rsidR="005F043D" w:rsidRPr="008E7C1C" w:rsidRDefault="005F043D" w:rsidP="005F043D">
      <w:pPr>
        <w:spacing w:after="0" w:line="240" w:lineRule="auto"/>
        <w:ind w:firstLine="720"/>
        <w:jc w:val="both"/>
        <w:rPr>
          <w:rFonts w:ascii="Times New Roman" w:hAnsi="Times New Roman" w:cs="Times New Roman"/>
          <w:sz w:val="24"/>
          <w:szCs w:val="24"/>
          <w:lang w:val="ru-RU"/>
        </w:rPr>
      </w:pPr>
    </w:p>
    <w:p w14:paraId="09EF9041" w14:textId="77777777" w:rsidR="00C565BC" w:rsidRPr="008E7C1C" w:rsidRDefault="008E7C1C" w:rsidP="005F043D">
      <w:pPr>
        <w:spacing w:after="0" w:line="240" w:lineRule="auto"/>
        <w:ind w:firstLine="720"/>
        <w:jc w:val="center"/>
        <w:rPr>
          <w:rFonts w:ascii="Times New Roman" w:hAnsi="Times New Roman" w:cs="Times New Roman"/>
          <w:sz w:val="24"/>
          <w:szCs w:val="24"/>
          <w:lang w:val="ru-RU"/>
        </w:rPr>
      </w:pPr>
      <w:r w:rsidRPr="008E7C1C">
        <w:rPr>
          <w:rFonts w:ascii="Times New Roman" w:hAnsi="Times New Roman" w:cs="Times New Roman"/>
          <w:b/>
          <w:sz w:val="24"/>
          <w:szCs w:val="24"/>
          <w:lang w:val="ru-RU"/>
        </w:rPr>
        <w:t>10. УСЛОВИЯ КОНФИДЕНЦИАЛЬНОСТИ</w:t>
      </w:r>
    </w:p>
    <w:p w14:paraId="467DBC72" w14:textId="77777777" w:rsidR="00C565BC" w:rsidRPr="008E7C1C" w:rsidRDefault="008E7C1C" w:rsidP="005F043D">
      <w:pPr>
        <w:spacing w:after="0" w:line="240" w:lineRule="auto"/>
        <w:ind w:firstLine="720"/>
        <w:jc w:val="both"/>
        <w:rPr>
          <w:rFonts w:ascii="Times New Roman" w:hAnsi="Times New Roman" w:cs="Times New Roman"/>
          <w:sz w:val="24"/>
          <w:szCs w:val="24"/>
          <w:lang w:val="ru-RU"/>
        </w:rPr>
      </w:pPr>
      <w:r w:rsidRPr="008E7C1C">
        <w:rPr>
          <w:rFonts w:ascii="Times New Roman" w:hAnsi="Times New Roman" w:cs="Times New Roman"/>
          <w:sz w:val="24"/>
          <w:szCs w:val="24"/>
          <w:lang w:val="ru-RU"/>
        </w:rPr>
        <w:t>10.1. Стороны обязуются обеспечивать конфиденциальность полученной друг от друга информации, помеченной соответствующими реквизитами.</w:t>
      </w:r>
    </w:p>
    <w:p w14:paraId="60B3290B" w14:textId="77777777" w:rsidR="00C565BC" w:rsidRPr="008E7C1C" w:rsidRDefault="008E7C1C" w:rsidP="005F043D">
      <w:pPr>
        <w:spacing w:after="0" w:line="240" w:lineRule="auto"/>
        <w:ind w:firstLine="720"/>
        <w:jc w:val="both"/>
        <w:rPr>
          <w:rFonts w:ascii="Times New Roman" w:hAnsi="Times New Roman" w:cs="Times New Roman"/>
          <w:sz w:val="24"/>
          <w:szCs w:val="24"/>
          <w:lang w:val="ru-RU"/>
        </w:rPr>
      </w:pPr>
      <w:r w:rsidRPr="008E7C1C">
        <w:rPr>
          <w:rFonts w:ascii="Times New Roman" w:hAnsi="Times New Roman" w:cs="Times New Roman"/>
          <w:sz w:val="24"/>
          <w:szCs w:val="24"/>
          <w:lang w:val="ru-RU"/>
        </w:rPr>
        <w:t>10.2. Нарушившая Сторона возмещает другой Стороне документально обоснованный реальный ущерб. Упущенная выгода взысканию не подлежит.</w:t>
      </w:r>
    </w:p>
    <w:p w14:paraId="543A7DB6" w14:textId="77777777" w:rsidR="00C565BC" w:rsidRPr="008E7C1C" w:rsidRDefault="008E7C1C" w:rsidP="005F043D">
      <w:pPr>
        <w:spacing w:after="0" w:line="240" w:lineRule="auto"/>
        <w:ind w:firstLine="720"/>
        <w:jc w:val="both"/>
        <w:rPr>
          <w:rFonts w:ascii="Times New Roman" w:hAnsi="Times New Roman" w:cs="Times New Roman"/>
          <w:sz w:val="24"/>
          <w:szCs w:val="24"/>
          <w:lang w:val="ru-RU"/>
        </w:rPr>
      </w:pPr>
      <w:r w:rsidRPr="008E7C1C">
        <w:rPr>
          <w:rFonts w:ascii="Times New Roman" w:hAnsi="Times New Roman" w:cs="Times New Roman"/>
          <w:sz w:val="24"/>
          <w:szCs w:val="24"/>
          <w:lang w:val="ru-RU"/>
        </w:rPr>
        <w:t>10.3. Обязательства действуют во все время действия настоящего Договора и в течение 3 (трех) лет после его прекращения.</w:t>
      </w:r>
    </w:p>
    <w:p w14:paraId="62F58C7A" w14:textId="77777777" w:rsidR="00C565BC" w:rsidRPr="008E7C1C" w:rsidRDefault="008E7C1C" w:rsidP="005F043D">
      <w:pPr>
        <w:spacing w:after="0" w:line="240" w:lineRule="auto"/>
        <w:ind w:firstLine="720"/>
        <w:jc w:val="both"/>
        <w:rPr>
          <w:rFonts w:ascii="Times New Roman" w:hAnsi="Times New Roman" w:cs="Times New Roman"/>
          <w:sz w:val="24"/>
          <w:szCs w:val="24"/>
          <w:lang w:val="ru-RU"/>
        </w:rPr>
      </w:pPr>
      <w:r w:rsidRPr="008E7C1C">
        <w:rPr>
          <w:rFonts w:ascii="Times New Roman" w:hAnsi="Times New Roman" w:cs="Times New Roman"/>
          <w:sz w:val="24"/>
          <w:szCs w:val="24"/>
          <w:lang w:val="ru-RU"/>
        </w:rPr>
        <w:t>10.4. Факт заключения и предмет настоящего Договора не являются конфиденциальными.</w:t>
      </w:r>
    </w:p>
    <w:p w14:paraId="011B0A9A" w14:textId="15437D5D" w:rsidR="00C565BC" w:rsidRPr="008E7C1C" w:rsidRDefault="008E7C1C" w:rsidP="005F043D">
      <w:pPr>
        <w:spacing w:after="0" w:line="240" w:lineRule="auto"/>
        <w:ind w:firstLine="720"/>
        <w:jc w:val="both"/>
        <w:rPr>
          <w:rFonts w:ascii="Times New Roman" w:hAnsi="Times New Roman" w:cs="Times New Roman"/>
          <w:sz w:val="24"/>
          <w:szCs w:val="24"/>
          <w:lang w:val="ru-RU"/>
        </w:rPr>
      </w:pPr>
      <w:r w:rsidRPr="008E7C1C">
        <w:rPr>
          <w:rFonts w:ascii="Times New Roman" w:hAnsi="Times New Roman" w:cs="Times New Roman"/>
          <w:sz w:val="24"/>
          <w:szCs w:val="24"/>
          <w:lang w:val="ru-RU"/>
        </w:rPr>
        <w:t>10.5. Заказчик разрешает Исполнителю разместить на информационных ресурсах краткую отчетную информацию по проекту (наименование, перечень блоков, количество автоматизированных мест).</w:t>
      </w:r>
    </w:p>
    <w:p w14:paraId="592D1301" w14:textId="313EEC60" w:rsidR="005F043D" w:rsidRPr="008E7C1C" w:rsidRDefault="005F043D" w:rsidP="005F043D">
      <w:pPr>
        <w:spacing w:after="0" w:line="240" w:lineRule="auto"/>
        <w:ind w:firstLine="720"/>
        <w:jc w:val="both"/>
        <w:rPr>
          <w:rFonts w:ascii="Times New Roman" w:hAnsi="Times New Roman" w:cs="Times New Roman"/>
          <w:sz w:val="24"/>
          <w:szCs w:val="24"/>
          <w:lang w:val="ru-RU"/>
        </w:rPr>
      </w:pPr>
    </w:p>
    <w:p w14:paraId="55FEDEA3" w14:textId="77777777" w:rsidR="005F043D" w:rsidRPr="008E7C1C" w:rsidRDefault="005F043D" w:rsidP="005F043D">
      <w:pPr>
        <w:spacing w:after="0" w:line="240" w:lineRule="auto"/>
        <w:ind w:firstLine="720"/>
        <w:jc w:val="both"/>
        <w:rPr>
          <w:rFonts w:ascii="Times New Roman" w:hAnsi="Times New Roman" w:cs="Times New Roman"/>
          <w:sz w:val="24"/>
          <w:szCs w:val="24"/>
          <w:lang w:val="ru-RU"/>
        </w:rPr>
      </w:pPr>
    </w:p>
    <w:p w14:paraId="0572671A" w14:textId="77777777" w:rsidR="00C565BC" w:rsidRPr="008E7C1C" w:rsidRDefault="008E7C1C" w:rsidP="005F043D">
      <w:pPr>
        <w:spacing w:after="0" w:line="240" w:lineRule="auto"/>
        <w:ind w:firstLine="720"/>
        <w:jc w:val="center"/>
        <w:rPr>
          <w:rFonts w:ascii="Times New Roman" w:hAnsi="Times New Roman" w:cs="Times New Roman"/>
          <w:sz w:val="24"/>
          <w:szCs w:val="24"/>
          <w:lang w:val="ru-RU"/>
        </w:rPr>
      </w:pPr>
      <w:r w:rsidRPr="008E7C1C">
        <w:rPr>
          <w:rFonts w:ascii="Times New Roman" w:hAnsi="Times New Roman" w:cs="Times New Roman"/>
          <w:b/>
          <w:sz w:val="24"/>
          <w:szCs w:val="24"/>
          <w:lang w:val="ru-RU"/>
        </w:rPr>
        <w:t>11. ОБСТОЯТЕЛЬСТВА НЕПРЕОДОЛИМОЙ СИЛЫ</w:t>
      </w:r>
    </w:p>
    <w:p w14:paraId="10EA09EB" w14:textId="77777777" w:rsidR="00C565BC" w:rsidRPr="008E7C1C" w:rsidRDefault="008E7C1C" w:rsidP="005F043D">
      <w:pPr>
        <w:spacing w:after="0" w:line="240" w:lineRule="auto"/>
        <w:ind w:firstLine="720"/>
        <w:jc w:val="both"/>
        <w:rPr>
          <w:rFonts w:ascii="Times New Roman" w:hAnsi="Times New Roman" w:cs="Times New Roman"/>
          <w:sz w:val="24"/>
          <w:szCs w:val="24"/>
          <w:lang w:val="ru-RU"/>
        </w:rPr>
      </w:pPr>
      <w:r w:rsidRPr="008E7C1C">
        <w:rPr>
          <w:rFonts w:ascii="Times New Roman" w:hAnsi="Times New Roman" w:cs="Times New Roman"/>
          <w:sz w:val="24"/>
          <w:szCs w:val="24"/>
          <w:lang w:val="ru-RU"/>
        </w:rPr>
        <w:t>11.1. Стороны освобождаются от ответственности за частичное или полное неисполнение обязательств при наступлении форс-мажорных обстоятельств.</w:t>
      </w:r>
    </w:p>
    <w:p w14:paraId="7D8B478E" w14:textId="2DB00329" w:rsidR="00C565BC" w:rsidRPr="008E7C1C" w:rsidRDefault="008E7C1C" w:rsidP="005F043D">
      <w:pPr>
        <w:spacing w:after="0" w:line="240" w:lineRule="auto"/>
        <w:ind w:firstLine="720"/>
        <w:jc w:val="both"/>
        <w:rPr>
          <w:rFonts w:ascii="Times New Roman" w:hAnsi="Times New Roman" w:cs="Times New Roman"/>
          <w:sz w:val="24"/>
          <w:szCs w:val="24"/>
          <w:lang w:val="ru-RU"/>
        </w:rPr>
      </w:pPr>
      <w:r w:rsidRPr="008E7C1C">
        <w:rPr>
          <w:rFonts w:ascii="Times New Roman" w:hAnsi="Times New Roman" w:cs="Times New Roman"/>
          <w:sz w:val="24"/>
          <w:szCs w:val="24"/>
          <w:lang w:val="ru-RU"/>
        </w:rPr>
        <w:t>11.2. Если обстоятельства непреодолимой силы действуют на протяжении 3 последовательных месяцев, настоящий Договор может быть расторгнут путем направления уведомления.</w:t>
      </w:r>
    </w:p>
    <w:p w14:paraId="5475FD9B" w14:textId="77777777" w:rsidR="005F043D" w:rsidRPr="008E7C1C" w:rsidRDefault="005F043D" w:rsidP="005F043D">
      <w:pPr>
        <w:spacing w:after="0" w:line="240" w:lineRule="auto"/>
        <w:ind w:firstLine="720"/>
        <w:jc w:val="both"/>
        <w:rPr>
          <w:rFonts w:ascii="Times New Roman" w:hAnsi="Times New Roman" w:cs="Times New Roman"/>
          <w:sz w:val="24"/>
          <w:szCs w:val="24"/>
          <w:lang w:val="ru-RU"/>
        </w:rPr>
      </w:pPr>
    </w:p>
    <w:p w14:paraId="63450295" w14:textId="77777777" w:rsidR="00C565BC" w:rsidRPr="008E7C1C" w:rsidRDefault="008E7C1C" w:rsidP="005F043D">
      <w:pPr>
        <w:spacing w:after="0" w:line="240" w:lineRule="auto"/>
        <w:ind w:firstLine="720"/>
        <w:jc w:val="center"/>
        <w:rPr>
          <w:rFonts w:ascii="Times New Roman" w:hAnsi="Times New Roman" w:cs="Times New Roman"/>
          <w:sz w:val="24"/>
          <w:szCs w:val="24"/>
        </w:rPr>
      </w:pPr>
      <w:r w:rsidRPr="008E7C1C">
        <w:rPr>
          <w:rFonts w:ascii="Times New Roman" w:hAnsi="Times New Roman" w:cs="Times New Roman"/>
          <w:b/>
          <w:sz w:val="24"/>
          <w:szCs w:val="24"/>
        </w:rPr>
        <w:t>12. РЕКВИЗИТЫ И ПОДПИСИ СТОРОН</w:t>
      </w:r>
    </w:p>
    <w:tbl>
      <w:tblPr>
        <w:tblW w:w="0" w:type="auto"/>
        <w:tblBorders>
          <w:top w:val="single" w:sz="4" w:space="0" w:color="D3D3D3"/>
          <w:left w:val="single" w:sz="4" w:space="0" w:color="D3D3D3"/>
          <w:bottom w:val="single" w:sz="4" w:space="0" w:color="D3D3D3"/>
          <w:right w:val="single" w:sz="4" w:space="0" w:color="D3D3D3"/>
          <w:insideH w:val="single" w:sz="4" w:space="0" w:color="D3D3D3"/>
          <w:insideV w:val="single" w:sz="4" w:space="0" w:color="D3D3D3"/>
        </w:tblBorders>
        <w:tblLook w:val="04A0" w:firstRow="1" w:lastRow="0" w:firstColumn="1" w:lastColumn="0" w:noHBand="0" w:noVBand="1"/>
      </w:tblPr>
      <w:tblGrid>
        <w:gridCol w:w="4982"/>
        <w:gridCol w:w="5820"/>
      </w:tblGrid>
      <w:tr w:rsidR="00C565BC" w:rsidRPr="008E7C1C" w14:paraId="640D442B" w14:textId="77777777">
        <w:tc>
          <w:tcPr>
            <w:tcW w:w="4982" w:type="dxa"/>
            <w:shd w:val="clear" w:color="auto" w:fill="F2F2F2"/>
            <w:tcMar>
              <w:top w:w="100" w:type="dxa"/>
              <w:left w:w="150" w:type="dxa"/>
              <w:bottom w:w="100" w:type="dxa"/>
              <w:right w:w="150" w:type="dxa"/>
            </w:tcMar>
          </w:tcPr>
          <w:p w14:paraId="6981050A" w14:textId="77777777" w:rsidR="00C565BC" w:rsidRPr="008E7C1C" w:rsidRDefault="008E7C1C" w:rsidP="005F043D">
            <w:pPr>
              <w:spacing w:after="0" w:line="240" w:lineRule="auto"/>
              <w:ind w:firstLine="720"/>
              <w:jc w:val="both"/>
              <w:rPr>
                <w:rFonts w:ascii="Times New Roman" w:hAnsi="Times New Roman" w:cs="Times New Roman"/>
                <w:sz w:val="24"/>
                <w:szCs w:val="24"/>
              </w:rPr>
            </w:pPr>
            <w:r w:rsidRPr="008E7C1C">
              <w:rPr>
                <w:rFonts w:ascii="Times New Roman" w:hAnsi="Times New Roman" w:cs="Times New Roman"/>
                <w:b/>
                <w:sz w:val="24"/>
                <w:szCs w:val="24"/>
              </w:rPr>
              <w:t>ЗАКАЗЧИК</w:t>
            </w:r>
          </w:p>
        </w:tc>
        <w:tc>
          <w:tcPr>
            <w:tcW w:w="4982" w:type="dxa"/>
            <w:shd w:val="clear" w:color="auto" w:fill="F2F2F2"/>
            <w:tcMar>
              <w:top w:w="100" w:type="dxa"/>
              <w:left w:w="150" w:type="dxa"/>
              <w:bottom w:w="100" w:type="dxa"/>
              <w:right w:w="150" w:type="dxa"/>
            </w:tcMar>
          </w:tcPr>
          <w:p w14:paraId="15AB3497" w14:textId="77777777" w:rsidR="00C565BC" w:rsidRPr="008E7C1C" w:rsidRDefault="008E7C1C" w:rsidP="005F043D">
            <w:pPr>
              <w:spacing w:after="0" w:line="240" w:lineRule="auto"/>
              <w:ind w:firstLine="720"/>
              <w:jc w:val="both"/>
              <w:rPr>
                <w:rFonts w:ascii="Times New Roman" w:hAnsi="Times New Roman" w:cs="Times New Roman"/>
                <w:sz w:val="24"/>
                <w:szCs w:val="24"/>
              </w:rPr>
            </w:pPr>
            <w:r w:rsidRPr="008E7C1C">
              <w:rPr>
                <w:rFonts w:ascii="Times New Roman" w:hAnsi="Times New Roman" w:cs="Times New Roman"/>
                <w:b/>
                <w:sz w:val="24"/>
                <w:szCs w:val="24"/>
              </w:rPr>
              <w:t>ИСПОЛНИТЕЛЬ</w:t>
            </w:r>
          </w:p>
        </w:tc>
      </w:tr>
      <w:tr w:rsidR="00C565BC" w:rsidRPr="00F20488" w14:paraId="119A3D60" w14:textId="77777777">
        <w:tc>
          <w:tcPr>
            <w:tcW w:w="4982" w:type="dxa"/>
            <w:tcMar>
              <w:top w:w="100" w:type="dxa"/>
              <w:left w:w="150" w:type="dxa"/>
              <w:bottom w:w="100" w:type="dxa"/>
              <w:right w:w="150" w:type="dxa"/>
            </w:tcMar>
          </w:tcPr>
          <w:p w14:paraId="76ABCC5D" w14:textId="3F22EC12" w:rsidR="005F043D" w:rsidRPr="008E7C1C" w:rsidRDefault="008E7C1C" w:rsidP="008E7C1C">
            <w:pPr>
              <w:widowControl w:val="0"/>
              <w:autoSpaceDE w:val="0"/>
              <w:autoSpaceDN w:val="0"/>
              <w:adjustRightInd w:val="0"/>
              <w:spacing w:after="0" w:line="240" w:lineRule="auto"/>
              <w:contextualSpacing/>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АО «Аэропорты Ямала»</w:t>
            </w:r>
            <w:r w:rsidRPr="008E7C1C">
              <w:rPr>
                <w:rFonts w:ascii="Times New Roman" w:hAnsi="Times New Roman" w:cs="Times New Roman"/>
                <w:color w:val="000000"/>
                <w:sz w:val="24"/>
                <w:szCs w:val="24"/>
                <w:lang w:val="ru-RU"/>
              </w:rPr>
              <w:t xml:space="preserve"> </w:t>
            </w:r>
          </w:p>
          <w:p w14:paraId="66ABF6B5" w14:textId="77777777" w:rsidR="005F043D" w:rsidRPr="008E7C1C" w:rsidRDefault="005F043D" w:rsidP="005F043D">
            <w:pPr>
              <w:spacing w:after="0" w:line="240" w:lineRule="auto"/>
              <w:jc w:val="both"/>
              <w:rPr>
                <w:rFonts w:ascii="Times New Roman" w:hAnsi="Times New Roman" w:cs="Times New Roman"/>
                <w:sz w:val="24"/>
                <w:szCs w:val="24"/>
                <w:lang w:val="ru-RU"/>
              </w:rPr>
            </w:pPr>
            <w:r w:rsidRPr="008E7C1C">
              <w:rPr>
                <w:rFonts w:ascii="Times New Roman" w:hAnsi="Times New Roman" w:cs="Times New Roman"/>
                <w:sz w:val="24"/>
                <w:szCs w:val="24"/>
                <w:lang w:val="ru-RU"/>
              </w:rPr>
              <w:t xml:space="preserve">ИНН: </w:t>
            </w:r>
            <w:r w:rsidR="008E7C1C" w:rsidRPr="008E7C1C">
              <w:rPr>
                <w:rFonts w:ascii="Times New Roman" w:hAnsi="Times New Roman" w:cs="Times New Roman"/>
                <w:sz w:val="24"/>
                <w:szCs w:val="24"/>
                <w:lang w:val="ru-RU"/>
              </w:rPr>
              <w:t>8</w:t>
            </w:r>
            <w:r w:rsidRPr="008E7C1C">
              <w:rPr>
                <w:rFonts w:ascii="Times New Roman" w:hAnsi="Times New Roman" w:cs="Times New Roman"/>
                <w:sz w:val="24"/>
                <w:szCs w:val="24"/>
                <w:lang w:val="ru-RU"/>
              </w:rPr>
              <w:t>901007020 КПП: 890101001</w:t>
            </w:r>
          </w:p>
          <w:p w14:paraId="0D5DC1F3" w14:textId="77777777" w:rsidR="005F043D" w:rsidRPr="008E7C1C" w:rsidRDefault="008E7C1C" w:rsidP="005F043D">
            <w:pPr>
              <w:spacing w:after="0" w:line="240" w:lineRule="auto"/>
              <w:jc w:val="both"/>
              <w:rPr>
                <w:rFonts w:ascii="Times New Roman" w:hAnsi="Times New Roman" w:cs="Times New Roman"/>
                <w:sz w:val="24"/>
                <w:szCs w:val="24"/>
                <w:lang w:val="ru-RU"/>
              </w:rPr>
            </w:pPr>
            <w:r w:rsidRPr="008E7C1C">
              <w:rPr>
                <w:rFonts w:ascii="Times New Roman" w:hAnsi="Times New Roman" w:cs="Times New Roman"/>
                <w:sz w:val="24"/>
                <w:szCs w:val="24"/>
                <w:lang w:val="ru-RU"/>
              </w:rPr>
              <w:t>Юр. адрес: 629003, Ямало-Ненецкий АО, г. Салехар</w:t>
            </w:r>
            <w:r w:rsidR="005F043D" w:rsidRPr="008E7C1C">
              <w:rPr>
                <w:rFonts w:ascii="Times New Roman" w:hAnsi="Times New Roman" w:cs="Times New Roman"/>
                <w:sz w:val="24"/>
                <w:szCs w:val="24"/>
                <w:lang w:val="ru-RU"/>
              </w:rPr>
              <w:t>д, ул. Авиационная, владение 22</w:t>
            </w:r>
          </w:p>
          <w:p w14:paraId="092CE165" w14:textId="77777777" w:rsidR="005F043D" w:rsidRPr="008E7C1C" w:rsidRDefault="005F043D" w:rsidP="005F043D">
            <w:pPr>
              <w:spacing w:after="0" w:line="240" w:lineRule="auto"/>
              <w:jc w:val="both"/>
              <w:rPr>
                <w:rFonts w:ascii="Times New Roman" w:hAnsi="Times New Roman" w:cs="Times New Roman"/>
                <w:sz w:val="24"/>
                <w:szCs w:val="24"/>
                <w:lang w:val="ru-RU"/>
              </w:rPr>
            </w:pPr>
            <w:r w:rsidRPr="008E7C1C">
              <w:rPr>
                <w:rFonts w:ascii="Times New Roman" w:hAnsi="Times New Roman" w:cs="Times New Roman"/>
                <w:sz w:val="24"/>
                <w:szCs w:val="24"/>
                <w:lang w:val="ru-RU"/>
              </w:rPr>
              <w:t>Банковские реквизиты:</w:t>
            </w:r>
          </w:p>
          <w:p w14:paraId="4B6CDB20" w14:textId="77777777" w:rsidR="005F043D" w:rsidRPr="008E7C1C" w:rsidRDefault="005F043D" w:rsidP="005F043D">
            <w:pPr>
              <w:spacing w:after="0" w:line="240" w:lineRule="auto"/>
              <w:jc w:val="both"/>
              <w:rPr>
                <w:rFonts w:ascii="Times New Roman" w:hAnsi="Times New Roman" w:cs="Times New Roman"/>
                <w:sz w:val="24"/>
                <w:szCs w:val="24"/>
                <w:lang w:val="ru-RU"/>
              </w:rPr>
            </w:pPr>
            <w:r w:rsidRPr="008E7C1C">
              <w:rPr>
                <w:rFonts w:ascii="Times New Roman" w:hAnsi="Times New Roman" w:cs="Times New Roman"/>
                <w:sz w:val="24"/>
                <w:szCs w:val="24"/>
                <w:lang w:val="ru-RU"/>
              </w:rPr>
              <w:t>Р/с 40602810957150000002</w:t>
            </w:r>
          </w:p>
          <w:p w14:paraId="795ED315" w14:textId="77777777" w:rsidR="005F043D" w:rsidRPr="008E7C1C" w:rsidRDefault="008E7C1C" w:rsidP="005F043D">
            <w:pPr>
              <w:spacing w:after="0" w:line="240" w:lineRule="auto"/>
              <w:jc w:val="both"/>
              <w:rPr>
                <w:rFonts w:ascii="Times New Roman" w:hAnsi="Times New Roman" w:cs="Times New Roman"/>
                <w:sz w:val="24"/>
                <w:szCs w:val="24"/>
                <w:lang w:val="ru-RU"/>
              </w:rPr>
            </w:pPr>
            <w:r w:rsidRPr="008E7C1C">
              <w:rPr>
                <w:rFonts w:ascii="Times New Roman" w:hAnsi="Times New Roman" w:cs="Times New Roman"/>
                <w:sz w:val="24"/>
                <w:szCs w:val="24"/>
                <w:lang w:val="ru-RU"/>
              </w:rPr>
              <w:t>в Филиа</w:t>
            </w:r>
            <w:r w:rsidR="005F043D" w:rsidRPr="008E7C1C">
              <w:rPr>
                <w:rFonts w:ascii="Times New Roman" w:hAnsi="Times New Roman" w:cs="Times New Roman"/>
                <w:sz w:val="24"/>
                <w:szCs w:val="24"/>
                <w:lang w:val="ru-RU"/>
              </w:rPr>
              <w:t>л "Центральный" Банка ВТБ (ПАО)</w:t>
            </w:r>
          </w:p>
          <w:p w14:paraId="1C2B2757" w14:textId="77777777" w:rsidR="005F043D" w:rsidRPr="008E7C1C" w:rsidRDefault="005F043D" w:rsidP="005F043D">
            <w:pPr>
              <w:spacing w:after="0" w:line="240" w:lineRule="auto"/>
              <w:jc w:val="both"/>
              <w:rPr>
                <w:rFonts w:ascii="Times New Roman" w:hAnsi="Times New Roman" w:cs="Times New Roman"/>
                <w:sz w:val="24"/>
                <w:szCs w:val="24"/>
                <w:lang w:val="ru-RU"/>
              </w:rPr>
            </w:pPr>
            <w:r w:rsidRPr="008E7C1C">
              <w:rPr>
                <w:rFonts w:ascii="Times New Roman" w:hAnsi="Times New Roman" w:cs="Times New Roman"/>
                <w:sz w:val="24"/>
                <w:szCs w:val="24"/>
                <w:lang w:val="ru-RU"/>
              </w:rPr>
              <w:lastRenderedPageBreak/>
              <w:t>К/с 30101810145250000411</w:t>
            </w:r>
          </w:p>
          <w:p w14:paraId="078D729C" w14:textId="77777777" w:rsidR="005F043D" w:rsidRPr="008E7C1C" w:rsidRDefault="005F043D" w:rsidP="005F043D">
            <w:pPr>
              <w:spacing w:after="0" w:line="240" w:lineRule="auto"/>
              <w:jc w:val="both"/>
              <w:rPr>
                <w:rFonts w:ascii="Times New Roman" w:hAnsi="Times New Roman" w:cs="Times New Roman"/>
                <w:sz w:val="24"/>
                <w:szCs w:val="24"/>
                <w:lang w:val="ru-RU"/>
              </w:rPr>
            </w:pPr>
            <w:r w:rsidRPr="008E7C1C">
              <w:rPr>
                <w:rFonts w:ascii="Times New Roman" w:hAnsi="Times New Roman" w:cs="Times New Roman"/>
                <w:sz w:val="24"/>
                <w:szCs w:val="24"/>
                <w:lang w:val="ru-RU"/>
              </w:rPr>
              <w:t>БИК 044525411</w:t>
            </w:r>
          </w:p>
          <w:p w14:paraId="50DA6B3F" w14:textId="77777777" w:rsidR="005F043D" w:rsidRPr="008E7C1C" w:rsidRDefault="005F043D" w:rsidP="005F043D">
            <w:pPr>
              <w:spacing w:after="0" w:line="240" w:lineRule="auto"/>
              <w:jc w:val="both"/>
              <w:rPr>
                <w:rFonts w:ascii="Times New Roman" w:hAnsi="Times New Roman" w:cs="Times New Roman"/>
                <w:sz w:val="24"/>
                <w:szCs w:val="24"/>
                <w:lang w:val="ru-RU"/>
              </w:rPr>
            </w:pPr>
            <w:r w:rsidRPr="008E7C1C">
              <w:rPr>
                <w:rFonts w:ascii="Times New Roman" w:hAnsi="Times New Roman" w:cs="Times New Roman"/>
                <w:sz w:val="24"/>
                <w:szCs w:val="24"/>
                <w:lang w:val="ru-RU"/>
              </w:rPr>
              <w:t>Врио генерального директора</w:t>
            </w:r>
          </w:p>
          <w:p w14:paraId="51D78075" w14:textId="77777777" w:rsidR="005F043D" w:rsidRPr="008E7C1C" w:rsidRDefault="005F043D" w:rsidP="005F043D">
            <w:pPr>
              <w:spacing w:after="0" w:line="240" w:lineRule="auto"/>
              <w:jc w:val="both"/>
              <w:rPr>
                <w:rFonts w:ascii="Times New Roman" w:hAnsi="Times New Roman" w:cs="Times New Roman"/>
                <w:sz w:val="24"/>
                <w:szCs w:val="24"/>
                <w:lang w:val="ru-RU"/>
              </w:rPr>
            </w:pPr>
          </w:p>
          <w:p w14:paraId="40E8DFE8" w14:textId="77777777" w:rsidR="005F043D" w:rsidRPr="008E7C1C" w:rsidRDefault="005F043D" w:rsidP="005F043D">
            <w:pPr>
              <w:spacing w:after="0" w:line="240" w:lineRule="auto"/>
              <w:jc w:val="both"/>
              <w:rPr>
                <w:rFonts w:ascii="Times New Roman" w:hAnsi="Times New Roman" w:cs="Times New Roman"/>
                <w:sz w:val="24"/>
                <w:szCs w:val="24"/>
                <w:lang w:val="ru-RU"/>
              </w:rPr>
            </w:pPr>
            <w:r w:rsidRPr="008E7C1C">
              <w:rPr>
                <w:rFonts w:ascii="Times New Roman" w:hAnsi="Times New Roman" w:cs="Times New Roman"/>
                <w:sz w:val="24"/>
                <w:szCs w:val="24"/>
                <w:lang w:val="ru-RU"/>
              </w:rPr>
              <w:br/>
              <w:t>___________________/Шабашов А.П./</w:t>
            </w:r>
          </w:p>
          <w:p w14:paraId="6BFD121D" w14:textId="08B91F0D" w:rsidR="00C565BC" w:rsidRPr="008E7C1C" w:rsidRDefault="008E7C1C" w:rsidP="005F043D">
            <w:pPr>
              <w:spacing w:after="0" w:line="240" w:lineRule="auto"/>
              <w:jc w:val="both"/>
              <w:rPr>
                <w:rFonts w:ascii="Times New Roman" w:hAnsi="Times New Roman" w:cs="Times New Roman"/>
                <w:sz w:val="24"/>
                <w:szCs w:val="24"/>
                <w:lang w:val="ru-RU"/>
              </w:rPr>
            </w:pPr>
            <w:r w:rsidRPr="008E7C1C">
              <w:rPr>
                <w:rFonts w:ascii="Times New Roman" w:hAnsi="Times New Roman" w:cs="Times New Roman"/>
                <w:sz w:val="24"/>
                <w:szCs w:val="24"/>
                <w:lang w:val="ru-RU"/>
              </w:rPr>
              <w:t>М.П.</w:t>
            </w:r>
          </w:p>
        </w:tc>
        <w:tc>
          <w:tcPr>
            <w:tcW w:w="4982" w:type="dxa"/>
            <w:tcMar>
              <w:top w:w="100" w:type="dxa"/>
              <w:left w:w="150" w:type="dxa"/>
              <w:bottom w:w="100" w:type="dxa"/>
              <w:right w:w="150" w:type="dxa"/>
            </w:tcMar>
          </w:tcPr>
          <w:p w14:paraId="66ACE356" w14:textId="77777777" w:rsidR="00C565BC" w:rsidRPr="008E7C1C" w:rsidRDefault="008E7C1C" w:rsidP="005F043D">
            <w:pPr>
              <w:spacing w:after="0" w:line="240" w:lineRule="auto"/>
              <w:ind w:firstLine="720"/>
              <w:jc w:val="both"/>
              <w:rPr>
                <w:rFonts w:ascii="Times New Roman" w:hAnsi="Times New Roman" w:cs="Times New Roman"/>
                <w:sz w:val="24"/>
                <w:szCs w:val="24"/>
                <w:lang w:val="ru-RU"/>
              </w:rPr>
            </w:pPr>
            <w:r w:rsidRPr="008E7C1C">
              <w:rPr>
                <w:rFonts w:ascii="Times New Roman" w:hAnsi="Times New Roman" w:cs="Times New Roman"/>
                <w:sz w:val="24"/>
                <w:szCs w:val="24"/>
                <w:lang w:val="ru-RU"/>
              </w:rPr>
              <w:lastRenderedPageBreak/>
              <w:t>________________________________________</w:t>
            </w:r>
            <w:r w:rsidRPr="008E7C1C">
              <w:rPr>
                <w:rFonts w:ascii="Times New Roman" w:hAnsi="Times New Roman" w:cs="Times New Roman"/>
                <w:sz w:val="24"/>
                <w:szCs w:val="24"/>
                <w:lang w:val="ru-RU"/>
              </w:rPr>
              <w:br/>
              <w:t>ИНН: _________________ КПП: _________________</w:t>
            </w:r>
            <w:r w:rsidRPr="008E7C1C">
              <w:rPr>
                <w:rFonts w:ascii="Times New Roman" w:hAnsi="Times New Roman" w:cs="Times New Roman"/>
                <w:sz w:val="24"/>
                <w:szCs w:val="24"/>
                <w:lang w:val="ru-RU"/>
              </w:rPr>
              <w:br/>
              <w:t>Юр. адрес: ___________________________________</w:t>
            </w:r>
            <w:r w:rsidRPr="008E7C1C">
              <w:rPr>
                <w:rFonts w:ascii="Times New Roman" w:hAnsi="Times New Roman" w:cs="Times New Roman"/>
                <w:sz w:val="24"/>
                <w:szCs w:val="24"/>
                <w:lang w:val="ru-RU"/>
              </w:rPr>
              <w:br/>
            </w:r>
            <w:r w:rsidRPr="008E7C1C">
              <w:rPr>
                <w:rFonts w:ascii="Times New Roman" w:hAnsi="Times New Roman" w:cs="Times New Roman"/>
                <w:sz w:val="24"/>
                <w:szCs w:val="24"/>
                <w:lang w:val="ru-RU"/>
              </w:rPr>
              <w:br/>
              <w:t>Банковские реквизиты:</w:t>
            </w:r>
            <w:r w:rsidRPr="008E7C1C">
              <w:rPr>
                <w:rFonts w:ascii="Times New Roman" w:hAnsi="Times New Roman" w:cs="Times New Roman"/>
                <w:sz w:val="24"/>
                <w:szCs w:val="24"/>
                <w:lang w:val="ru-RU"/>
              </w:rPr>
              <w:br/>
              <w:t>Р/с __________________________________________</w:t>
            </w:r>
            <w:r w:rsidRPr="008E7C1C">
              <w:rPr>
                <w:rFonts w:ascii="Times New Roman" w:hAnsi="Times New Roman" w:cs="Times New Roman"/>
                <w:sz w:val="24"/>
                <w:szCs w:val="24"/>
                <w:lang w:val="ru-RU"/>
              </w:rPr>
              <w:br/>
              <w:t>в ___________________________________________</w:t>
            </w:r>
            <w:r w:rsidRPr="008E7C1C">
              <w:rPr>
                <w:rFonts w:ascii="Times New Roman" w:hAnsi="Times New Roman" w:cs="Times New Roman"/>
                <w:sz w:val="24"/>
                <w:szCs w:val="24"/>
                <w:lang w:val="ru-RU"/>
              </w:rPr>
              <w:br/>
            </w:r>
            <w:r w:rsidRPr="008E7C1C">
              <w:rPr>
                <w:rFonts w:ascii="Times New Roman" w:hAnsi="Times New Roman" w:cs="Times New Roman"/>
                <w:sz w:val="24"/>
                <w:szCs w:val="24"/>
                <w:lang w:val="ru-RU"/>
              </w:rPr>
              <w:lastRenderedPageBreak/>
              <w:t>К/с __________________________________________</w:t>
            </w:r>
            <w:r w:rsidRPr="008E7C1C">
              <w:rPr>
                <w:rFonts w:ascii="Times New Roman" w:hAnsi="Times New Roman" w:cs="Times New Roman"/>
                <w:sz w:val="24"/>
                <w:szCs w:val="24"/>
                <w:lang w:val="ru-RU"/>
              </w:rPr>
              <w:br/>
              <w:t>БИК _________________________________________</w:t>
            </w:r>
            <w:r w:rsidRPr="008E7C1C">
              <w:rPr>
                <w:rFonts w:ascii="Times New Roman" w:hAnsi="Times New Roman" w:cs="Times New Roman"/>
                <w:sz w:val="24"/>
                <w:szCs w:val="24"/>
                <w:lang w:val="ru-RU"/>
              </w:rPr>
              <w:br/>
            </w:r>
            <w:r w:rsidRPr="008E7C1C">
              <w:rPr>
                <w:rFonts w:ascii="Times New Roman" w:hAnsi="Times New Roman" w:cs="Times New Roman"/>
                <w:sz w:val="24"/>
                <w:szCs w:val="24"/>
                <w:lang w:val="ru-RU"/>
              </w:rPr>
              <w:br/>
              <w:t>Должность: __________________________________</w:t>
            </w:r>
            <w:r w:rsidRPr="008E7C1C">
              <w:rPr>
                <w:rFonts w:ascii="Times New Roman" w:hAnsi="Times New Roman" w:cs="Times New Roman"/>
                <w:sz w:val="24"/>
                <w:szCs w:val="24"/>
                <w:lang w:val="ru-RU"/>
              </w:rPr>
              <w:br/>
            </w:r>
            <w:r w:rsidRPr="008E7C1C">
              <w:rPr>
                <w:rFonts w:ascii="Times New Roman" w:hAnsi="Times New Roman" w:cs="Times New Roman"/>
                <w:sz w:val="24"/>
                <w:szCs w:val="24"/>
                <w:lang w:val="ru-RU"/>
              </w:rPr>
              <w:br/>
              <w:t>___________________ /_________________/</w:t>
            </w:r>
            <w:r w:rsidRPr="008E7C1C">
              <w:rPr>
                <w:rFonts w:ascii="Times New Roman" w:hAnsi="Times New Roman" w:cs="Times New Roman"/>
                <w:sz w:val="24"/>
                <w:szCs w:val="24"/>
                <w:lang w:val="ru-RU"/>
              </w:rPr>
              <w:br/>
            </w:r>
            <w:r w:rsidRPr="008E7C1C">
              <w:rPr>
                <w:rFonts w:ascii="Times New Roman" w:hAnsi="Times New Roman" w:cs="Times New Roman"/>
                <w:sz w:val="24"/>
                <w:szCs w:val="24"/>
                <w:lang w:val="ru-RU"/>
              </w:rPr>
              <w:br/>
              <w:t>М.П.</w:t>
            </w:r>
          </w:p>
        </w:tc>
      </w:tr>
    </w:tbl>
    <w:p w14:paraId="65314B43" w14:textId="77777777" w:rsidR="00C565BC" w:rsidRPr="008E7C1C" w:rsidRDefault="008E7C1C" w:rsidP="005F043D">
      <w:pPr>
        <w:spacing w:after="0" w:line="240" w:lineRule="auto"/>
        <w:ind w:firstLine="720"/>
        <w:jc w:val="both"/>
        <w:rPr>
          <w:rFonts w:ascii="Times New Roman" w:hAnsi="Times New Roman" w:cs="Times New Roman"/>
          <w:sz w:val="24"/>
          <w:szCs w:val="24"/>
          <w:lang w:val="ru-RU"/>
        </w:rPr>
      </w:pPr>
      <w:r w:rsidRPr="008E7C1C">
        <w:rPr>
          <w:rFonts w:ascii="Times New Roman" w:hAnsi="Times New Roman" w:cs="Times New Roman"/>
          <w:sz w:val="24"/>
          <w:szCs w:val="24"/>
          <w:lang w:val="ru-RU"/>
        </w:rPr>
        <w:lastRenderedPageBreak/>
        <w:br w:type="page"/>
      </w:r>
    </w:p>
    <w:p w14:paraId="2645E495" w14:textId="064A2746" w:rsidR="005F043D" w:rsidRPr="008E7C1C" w:rsidRDefault="005F043D" w:rsidP="005F043D">
      <w:pPr>
        <w:spacing w:after="0" w:line="240" w:lineRule="auto"/>
        <w:ind w:firstLine="720"/>
        <w:jc w:val="right"/>
        <w:rPr>
          <w:rFonts w:ascii="Times New Roman" w:hAnsi="Times New Roman" w:cs="Times New Roman"/>
          <w:sz w:val="24"/>
          <w:szCs w:val="24"/>
          <w:lang w:val="ru-RU"/>
        </w:rPr>
      </w:pPr>
      <w:r w:rsidRPr="008E7C1C">
        <w:rPr>
          <w:rFonts w:ascii="Times New Roman" w:hAnsi="Times New Roman" w:cs="Times New Roman"/>
          <w:sz w:val="24"/>
          <w:szCs w:val="24"/>
          <w:lang w:val="ru-RU"/>
        </w:rPr>
        <w:lastRenderedPageBreak/>
        <w:t>Приложение № 1</w:t>
      </w:r>
    </w:p>
    <w:p w14:paraId="2F213CCE" w14:textId="69F770D3" w:rsidR="00C565BC" w:rsidRPr="008E7C1C" w:rsidRDefault="005F043D" w:rsidP="005F043D">
      <w:pPr>
        <w:spacing w:after="0" w:line="240" w:lineRule="auto"/>
        <w:ind w:firstLine="720"/>
        <w:jc w:val="right"/>
        <w:rPr>
          <w:rFonts w:ascii="Times New Roman" w:hAnsi="Times New Roman" w:cs="Times New Roman"/>
          <w:sz w:val="24"/>
          <w:szCs w:val="24"/>
          <w:lang w:val="ru-RU"/>
        </w:rPr>
      </w:pPr>
      <w:r w:rsidRPr="008E7C1C">
        <w:rPr>
          <w:rFonts w:ascii="Times New Roman" w:hAnsi="Times New Roman" w:cs="Times New Roman"/>
          <w:sz w:val="24"/>
          <w:szCs w:val="24"/>
          <w:lang w:val="ru-RU"/>
        </w:rPr>
        <w:t>к Д</w:t>
      </w:r>
      <w:r w:rsidR="008E7C1C">
        <w:rPr>
          <w:rFonts w:ascii="Times New Roman" w:hAnsi="Times New Roman" w:cs="Times New Roman"/>
          <w:sz w:val="24"/>
          <w:szCs w:val="24"/>
          <w:lang w:val="ru-RU"/>
        </w:rPr>
        <w:t>оговору</w:t>
      </w:r>
      <w:r w:rsidRPr="008E7C1C">
        <w:rPr>
          <w:rFonts w:ascii="Times New Roman" w:hAnsi="Times New Roman" w:cs="Times New Roman"/>
          <w:sz w:val="24"/>
          <w:szCs w:val="24"/>
          <w:lang w:val="ru-RU"/>
        </w:rPr>
        <w:t xml:space="preserve"> № ____________</w:t>
      </w:r>
    </w:p>
    <w:p w14:paraId="29268128" w14:textId="37AEB812" w:rsidR="00C565BC" w:rsidRPr="008E7C1C" w:rsidRDefault="008E7C1C" w:rsidP="005F043D">
      <w:pPr>
        <w:spacing w:after="0" w:line="240" w:lineRule="auto"/>
        <w:ind w:firstLine="720"/>
        <w:jc w:val="both"/>
        <w:rPr>
          <w:rFonts w:ascii="Times New Roman" w:hAnsi="Times New Roman" w:cs="Times New Roman"/>
          <w:b/>
          <w:sz w:val="24"/>
          <w:szCs w:val="24"/>
          <w:lang w:val="ru-RU"/>
        </w:rPr>
      </w:pPr>
      <w:r w:rsidRPr="008E7C1C">
        <w:rPr>
          <w:rFonts w:ascii="Times New Roman" w:hAnsi="Times New Roman" w:cs="Times New Roman"/>
          <w:b/>
          <w:sz w:val="24"/>
          <w:szCs w:val="24"/>
          <w:lang w:val="ru-RU"/>
        </w:rPr>
        <w:t>Р</w:t>
      </w:r>
      <w:r w:rsidR="005F043D" w:rsidRPr="008E7C1C">
        <w:rPr>
          <w:rFonts w:ascii="Times New Roman" w:hAnsi="Times New Roman" w:cs="Times New Roman"/>
          <w:b/>
          <w:sz w:val="24"/>
          <w:szCs w:val="24"/>
          <w:lang w:val="ru-RU"/>
        </w:rPr>
        <w:t>егламент оказания услуг по сопровождению программных продуктов</w:t>
      </w:r>
    </w:p>
    <w:p w14:paraId="44D858C4" w14:textId="77777777" w:rsidR="005F043D" w:rsidRPr="008E7C1C" w:rsidRDefault="005F043D" w:rsidP="005F043D">
      <w:pPr>
        <w:spacing w:after="0" w:line="240" w:lineRule="auto"/>
        <w:ind w:firstLine="720"/>
        <w:jc w:val="both"/>
        <w:rPr>
          <w:rFonts w:ascii="Times New Roman" w:hAnsi="Times New Roman" w:cs="Times New Roman"/>
          <w:sz w:val="24"/>
          <w:szCs w:val="24"/>
          <w:lang w:val="ru-RU"/>
        </w:rPr>
      </w:pPr>
    </w:p>
    <w:p w14:paraId="45359899" w14:textId="77777777" w:rsidR="00C565BC" w:rsidRPr="008E7C1C" w:rsidRDefault="008E7C1C" w:rsidP="005F043D">
      <w:pPr>
        <w:spacing w:after="0" w:line="240" w:lineRule="auto"/>
        <w:ind w:firstLine="720"/>
        <w:jc w:val="both"/>
        <w:rPr>
          <w:rFonts w:ascii="Times New Roman" w:hAnsi="Times New Roman" w:cs="Times New Roman"/>
          <w:sz w:val="24"/>
          <w:szCs w:val="24"/>
          <w:lang w:val="ru-RU"/>
        </w:rPr>
      </w:pPr>
      <w:r w:rsidRPr="008E7C1C">
        <w:rPr>
          <w:rFonts w:ascii="Times New Roman" w:hAnsi="Times New Roman" w:cs="Times New Roman"/>
          <w:b/>
          <w:sz w:val="24"/>
          <w:szCs w:val="24"/>
        </w:rPr>
        <w:t>I</w:t>
      </w:r>
      <w:r w:rsidRPr="008E7C1C">
        <w:rPr>
          <w:rFonts w:ascii="Times New Roman" w:hAnsi="Times New Roman" w:cs="Times New Roman"/>
          <w:b/>
          <w:sz w:val="24"/>
          <w:szCs w:val="24"/>
          <w:lang w:val="ru-RU"/>
        </w:rPr>
        <w:t>. Общие положения:</w:t>
      </w:r>
    </w:p>
    <w:p w14:paraId="342C00D9" w14:textId="77777777" w:rsidR="00C565BC" w:rsidRPr="008E7C1C" w:rsidRDefault="008E7C1C" w:rsidP="005F043D">
      <w:pPr>
        <w:spacing w:after="0" w:line="240" w:lineRule="auto"/>
        <w:ind w:firstLine="720"/>
        <w:jc w:val="both"/>
        <w:rPr>
          <w:rFonts w:ascii="Times New Roman" w:hAnsi="Times New Roman" w:cs="Times New Roman"/>
          <w:sz w:val="24"/>
          <w:szCs w:val="24"/>
          <w:lang w:val="ru-RU"/>
        </w:rPr>
      </w:pPr>
      <w:r w:rsidRPr="008E7C1C">
        <w:rPr>
          <w:rFonts w:ascii="Times New Roman" w:hAnsi="Times New Roman" w:cs="Times New Roman"/>
          <w:sz w:val="24"/>
          <w:szCs w:val="24"/>
          <w:lang w:val="ru-RU"/>
        </w:rPr>
        <w:t>1.1. Программные продукты, принимаемые на сопровождение: все программные продукты "1С", зарегистрированные на портале 1С, которые находятся на официальной поддержке фирмы "1С", а также принадлежащие Заказчику на законных основаниях.</w:t>
      </w:r>
    </w:p>
    <w:p w14:paraId="17294174" w14:textId="77777777" w:rsidR="00C565BC" w:rsidRPr="008E7C1C" w:rsidRDefault="008E7C1C" w:rsidP="005F043D">
      <w:pPr>
        <w:spacing w:after="0" w:line="240" w:lineRule="auto"/>
        <w:ind w:firstLine="720"/>
        <w:jc w:val="both"/>
        <w:rPr>
          <w:rFonts w:ascii="Times New Roman" w:hAnsi="Times New Roman" w:cs="Times New Roman"/>
          <w:sz w:val="24"/>
          <w:szCs w:val="24"/>
          <w:lang w:val="ru-RU"/>
        </w:rPr>
      </w:pPr>
      <w:r w:rsidRPr="008E7C1C">
        <w:rPr>
          <w:rFonts w:ascii="Times New Roman" w:hAnsi="Times New Roman" w:cs="Times New Roman"/>
          <w:sz w:val="24"/>
          <w:szCs w:val="24"/>
          <w:lang w:val="ru-RU"/>
        </w:rPr>
        <w:t>1.2. Сопровождение включает в себя: оценку трудоемкости, исправление ошибок, проектирование архитектуры, доработку/настройку ПП, оптимизацию быстродействия, консультации, обновление тестовых баз и выпуск релизов.</w:t>
      </w:r>
    </w:p>
    <w:p w14:paraId="24C0B098" w14:textId="48FA4A10" w:rsidR="00C565BC" w:rsidRPr="008E7C1C" w:rsidRDefault="008E7C1C" w:rsidP="005F043D">
      <w:pPr>
        <w:spacing w:after="0" w:line="240" w:lineRule="auto"/>
        <w:ind w:firstLine="720"/>
        <w:jc w:val="both"/>
        <w:rPr>
          <w:rFonts w:ascii="Times New Roman" w:hAnsi="Times New Roman" w:cs="Times New Roman"/>
          <w:sz w:val="24"/>
          <w:szCs w:val="24"/>
          <w:lang w:val="ru-RU"/>
        </w:rPr>
      </w:pPr>
      <w:r w:rsidRPr="008E7C1C">
        <w:rPr>
          <w:rFonts w:ascii="Times New Roman" w:hAnsi="Times New Roman" w:cs="Times New Roman"/>
          <w:sz w:val="24"/>
          <w:szCs w:val="24"/>
          <w:lang w:val="ru-RU"/>
        </w:rPr>
        <w:t>1.3. В периметр сопровождения не входят: администрирование СУБД/кластеров, СУБД-лицензирование, организация резервного копирования (обязанность Заказчика согласно п.4.</w:t>
      </w:r>
      <w:r w:rsidR="006A7718">
        <w:rPr>
          <w:rFonts w:ascii="Times New Roman" w:hAnsi="Times New Roman" w:cs="Times New Roman"/>
          <w:sz w:val="24"/>
          <w:szCs w:val="24"/>
          <w:lang w:val="ru-RU"/>
        </w:rPr>
        <w:t>1.</w:t>
      </w:r>
      <w:r w:rsidRPr="008E7C1C">
        <w:rPr>
          <w:rFonts w:ascii="Times New Roman" w:hAnsi="Times New Roman" w:cs="Times New Roman"/>
          <w:sz w:val="24"/>
          <w:szCs w:val="24"/>
          <w:lang w:val="ru-RU"/>
        </w:rPr>
        <w:t>4 договора).</w:t>
      </w:r>
    </w:p>
    <w:p w14:paraId="0F438C91" w14:textId="77777777" w:rsidR="00C565BC" w:rsidRPr="008E7C1C" w:rsidRDefault="008E7C1C" w:rsidP="005F043D">
      <w:pPr>
        <w:spacing w:after="0" w:line="240" w:lineRule="auto"/>
        <w:ind w:firstLine="720"/>
        <w:jc w:val="both"/>
        <w:rPr>
          <w:rFonts w:ascii="Times New Roman" w:hAnsi="Times New Roman" w:cs="Times New Roman"/>
          <w:sz w:val="24"/>
          <w:szCs w:val="24"/>
          <w:lang w:val="ru-RU"/>
        </w:rPr>
      </w:pPr>
      <w:r w:rsidRPr="008E7C1C">
        <w:rPr>
          <w:rFonts w:ascii="Times New Roman" w:hAnsi="Times New Roman" w:cs="Times New Roman"/>
          <w:b/>
          <w:sz w:val="24"/>
          <w:szCs w:val="24"/>
        </w:rPr>
        <w:t>II</w:t>
      </w:r>
      <w:r w:rsidRPr="008E7C1C">
        <w:rPr>
          <w:rFonts w:ascii="Times New Roman" w:hAnsi="Times New Roman" w:cs="Times New Roman"/>
          <w:b/>
          <w:sz w:val="24"/>
          <w:szCs w:val="24"/>
          <w:lang w:val="ru-RU"/>
        </w:rPr>
        <w:t>. График оказания Услуг:</w:t>
      </w:r>
    </w:p>
    <w:p w14:paraId="2D7445E2" w14:textId="77777777" w:rsidR="00C565BC" w:rsidRPr="008E7C1C" w:rsidRDefault="008E7C1C" w:rsidP="005F043D">
      <w:pPr>
        <w:spacing w:after="0" w:line="240" w:lineRule="auto"/>
        <w:ind w:firstLine="720"/>
        <w:jc w:val="both"/>
        <w:rPr>
          <w:rFonts w:ascii="Times New Roman" w:hAnsi="Times New Roman" w:cs="Times New Roman"/>
          <w:sz w:val="24"/>
          <w:szCs w:val="24"/>
          <w:lang w:val="ru-RU"/>
        </w:rPr>
      </w:pPr>
      <w:r w:rsidRPr="008E7C1C">
        <w:rPr>
          <w:rFonts w:ascii="Times New Roman" w:hAnsi="Times New Roman" w:cs="Times New Roman"/>
          <w:sz w:val="24"/>
          <w:szCs w:val="24"/>
          <w:lang w:val="ru-RU"/>
        </w:rPr>
        <w:t>2.1. Услуги оказываются в рабочие дни Исполнителя (понедельник–пятница, за исключением официальных праздничных дней РФ).</w:t>
      </w:r>
    </w:p>
    <w:p w14:paraId="60A9B336" w14:textId="77777777" w:rsidR="00C565BC" w:rsidRPr="008E7C1C" w:rsidRDefault="008E7C1C" w:rsidP="005F043D">
      <w:pPr>
        <w:spacing w:after="0" w:line="240" w:lineRule="auto"/>
        <w:ind w:firstLine="720"/>
        <w:jc w:val="both"/>
        <w:rPr>
          <w:rFonts w:ascii="Times New Roman" w:hAnsi="Times New Roman" w:cs="Times New Roman"/>
          <w:sz w:val="24"/>
          <w:szCs w:val="24"/>
          <w:lang w:val="ru-RU"/>
        </w:rPr>
      </w:pPr>
      <w:r w:rsidRPr="008E7C1C">
        <w:rPr>
          <w:rFonts w:ascii="Times New Roman" w:hAnsi="Times New Roman" w:cs="Times New Roman"/>
          <w:sz w:val="24"/>
          <w:szCs w:val="24"/>
          <w:lang w:val="ru-RU"/>
        </w:rPr>
        <w:t>2.2. Рабочее время Исполнителя устанавливается с 09:00 до 18:00 по местному времени Заказчика (в пятницу до 17:00).</w:t>
      </w:r>
    </w:p>
    <w:p w14:paraId="694CFCBA" w14:textId="77777777" w:rsidR="00C565BC" w:rsidRPr="008E7C1C" w:rsidRDefault="008E7C1C" w:rsidP="005F043D">
      <w:pPr>
        <w:spacing w:after="0" w:line="240" w:lineRule="auto"/>
        <w:ind w:firstLine="720"/>
        <w:jc w:val="both"/>
        <w:rPr>
          <w:rFonts w:ascii="Times New Roman" w:hAnsi="Times New Roman" w:cs="Times New Roman"/>
          <w:sz w:val="24"/>
          <w:szCs w:val="24"/>
          <w:lang w:val="ru-RU"/>
        </w:rPr>
      </w:pPr>
      <w:r w:rsidRPr="008E7C1C">
        <w:rPr>
          <w:rFonts w:ascii="Times New Roman" w:hAnsi="Times New Roman" w:cs="Times New Roman"/>
          <w:sz w:val="24"/>
          <w:szCs w:val="24"/>
          <w:lang w:val="ru-RU"/>
        </w:rPr>
        <w:t>2.3. Оказание услуг в выходные/праздничные дни или ночное время осуществляется по предварительному запросу за 5 рабочих дней с применением повышающего коэффициента 2 (два) к стоимости часа.</w:t>
      </w:r>
    </w:p>
    <w:p w14:paraId="49884ACE" w14:textId="77777777" w:rsidR="00C565BC" w:rsidRPr="008E7C1C" w:rsidRDefault="008E7C1C" w:rsidP="005F043D">
      <w:pPr>
        <w:spacing w:after="0" w:line="240" w:lineRule="auto"/>
        <w:ind w:firstLine="720"/>
        <w:jc w:val="both"/>
        <w:rPr>
          <w:rFonts w:ascii="Times New Roman" w:hAnsi="Times New Roman" w:cs="Times New Roman"/>
          <w:sz w:val="24"/>
          <w:szCs w:val="24"/>
          <w:lang w:val="ru-RU"/>
        </w:rPr>
      </w:pPr>
      <w:r w:rsidRPr="008E7C1C">
        <w:rPr>
          <w:rFonts w:ascii="Times New Roman" w:hAnsi="Times New Roman" w:cs="Times New Roman"/>
          <w:b/>
          <w:sz w:val="24"/>
          <w:szCs w:val="24"/>
        </w:rPr>
        <w:t>III</w:t>
      </w:r>
      <w:r w:rsidRPr="008E7C1C">
        <w:rPr>
          <w:rFonts w:ascii="Times New Roman" w:hAnsi="Times New Roman" w:cs="Times New Roman"/>
          <w:b/>
          <w:sz w:val="24"/>
          <w:szCs w:val="24"/>
          <w:lang w:val="ru-RU"/>
        </w:rPr>
        <w:t>. Порядок оказания Услуг и работы с запросами:</w:t>
      </w:r>
    </w:p>
    <w:p w14:paraId="0CAA9582" w14:textId="77777777" w:rsidR="00C565BC" w:rsidRPr="008E7C1C" w:rsidRDefault="008E7C1C" w:rsidP="005F043D">
      <w:pPr>
        <w:spacing w:after="0" w:line="240" w:lineRule="auto"/>
        <w:ind w:firstLine="720"/>
        <w:jc w:val="both"/>
        <w:rPr>
          <w:rFonts w:ascii="Times New Roman" w:hAnsi="Times New Roman" w:cs="Times New Roman"/>
          <w:sz w:val="24"/>
          <w:szCs w:val="24"/>
          <w:lang w:val="ru-RU"/>
        </w:rPr>
      </w:pPr>
      <w:r w:rsidRPr="008E7C1C">
        <w:rPr>
          <w:rFonts w:ascii="Times New Roman" w:hAnsi="Times New Roman" w:cs="Times New Roman"/>
          <w:sz w:val="24"/>
          <w:szCs w:val="24"/>
          <w:lang w:val="ru-RU"/>
        </w:rPr>
        <w:t>3.1. Запросы регистрируются в электронной системе Исполнителя (</w:t>
      </w:r>
      <w:r w:rsidRPr="008E7C1C">
        <w:rPr>
          <w:rFonts w:ascii="Times New Roman" w:hAnsi="Times New Roman" w:cs="Times New Roman"/>
          <w:sz w:val="24"/>
          <w:szCs w:val="24"/>
        </w:rPr>
        <w:t>Service</w:t>
      </w:r>
      <w:r w:rsidRPr="008E7C1C">
        <w:rPr>
          <w:rFonts w:ascii="Times New Roman" w:hAnsi="Times New Roman" w:cs="Times New Roman"/>
          <w:sz w:val="24"/>
          <w:szCs w:val="24"/>
          <w:lang w:val="ru-RU"/>
        </w:rPr>
        <w:t xml:space="preserve"> </w:t>
      </w:r>
      <w:r w:rsidRPr="008E7C1C">
        <w:rPr>
          <w:rFonts w:ascii="Times New Roman" w:hAnsi="Times New Roman" w:cs="Times New Roman"/>
          <w:sz w:val="24"/>
          <w:szCs w:val="24"/>
        </w:rPr>
        <w:t>Desk</w:t>
      </w:r>
      <w:r w:rsidRPr="008E7C1C">
        <w:rPr>
          <w:rFonts w:ascii="Times New Roman" w:hAnsi="Times New Roman" w:cs="Times New Roman"/>
          <w:sz w:val="24"/>
          <w:szCs w:val="24"/>
          <w:lang w:val="ru-RU"/>
        </w:rPr>
        <w:t>) с присвоением уникального номера.</w:t>
      </w:r>
    </w:p>
    <w:p w14:paraId="07365972" w14:textId="77777777" w:rsidR="00C565BC" w:rsidRPr="008E7C1C" w:rsidRDefault="008E7C1C" w:rsidP="005F043D">
      <w:pPr>
        <w:spacing w:after="0" w:line="240" w:lineRule="auto"/>
        <w:ind w:firstLine="720"/>
        <w:jc w:val="both"/>
        <w:rPr>
          <w:rFonts w:ascii="Times New Roman" w:hAnsi="Times New Roman" w:cs="Times New Roman"/>
          <w:sz w:val="24"/>
          <w:szCs w:val="24"/>
          <w:lang w:val="ru-RU"/>
        </w:rPr>
      </w:pPr>
      <w:r w:rsidRPr="008E7C1C">
        <w:rPr>
          <w:rFonts w:ascii="Times New Roman" w:hAnsi="Times New Roman" w:cs="Times New Roman"/>
          <w:sz w:val="24"/>
          <w:szCs w:val="24"/>
          <w:lang w:val="ru-RU"/>
        </w:rPr>
        <w:t>3.2. Порядок классификации запросов: Инцидент (Критический, Средний, Низкий приоритет), Запрос на изменение (требует ТЗ и предварительного согласования трудозатрат), Запрос на обслуживание (консультации).</w:t>
      </w:r>
    </w:p>
    <w:p w14:paraId="4B122D40" w14:textId="77777777" w:rsidR="00C565BC" w:rsidRPr="008E7C1C" w:rsidRDefault="008E7C1C" w:rsidP="005F043D">
      <w:pPr>
        <w:spacing w:after="0" w:line="240" w:lineRule="auto"/>
        <w:ind w:firstLine="720"/>
        <w:jc w:val="both"/>
        <w:rPr>
          <w:rFonts w:ascii="Times New Roman" w:hAnsi="Times New Roman" w:cs="Times New Roman"/>
          <w:sz w:val="24"/>
          <w:szCs w:val="24"/>
          <w:lang w:val="ru-RU"/>
        </w:rPr>
      </w:pPr>
      <w:r w:rsidRPr="008E7C1C">
        <w:rPr>
          <w:rFonts w:ascii="Times New Roman" w:hAnsi="Times New Roman" w:cs="Times New Roman"/>
          <w:sz w:val="24"/>
          <w:szCs w:val="24"/>
          <w:lang w:val="ru-RU"/>
        </w:rPr>
        <w:t>3.3. Каналы направления запросов: Порядок направления согласовывается при заключении договора (телефон, выделенная линия, специализированный мессенджер/электронная почта).</w:t>
      </w:r>
    </w:p>
    <w:p w14:paraId="135ECAFE" w14:textId="77777777" w:rsidR="00C565BC" w:rsidRPr="008E7C1C" w:rsidRDefault="008E7C1C" w:rsidP="005F043D">
      <w:pPr>
        <w:spacing w:after="0" w:line="240" w:lineRule="auto"/>
        <w:ind w:firstLine="720"/>
        <w:jc w:val="both"/>
        <w:rPr>
          <w:rFonts w:ascii="Times New Roman" w:hAnsi="Times New Roman" w:cs="Times New Roman"/>
          <w:sz w:val="24"/>
          <w:szCs w:val="24"/>
          <w:lang w:val="ru-RU"/>
        </w:rPr>
      </w:pPr>
      <w:r w:rsidRPr="008E7C1C">
        <w:rPr>
          <w:rFonts w:ascii="Times New Roman" w:hAnsi="Times New Roman" w:cs="Times New Roman"/>
          <w:b/>
          <w:sz w:val="24"/>
          <w:szCs w:val="24"/>
        </w:rPr>
        <w:t>IV</w:t>
      </w:r>
      <w:r w:rsidRPr="008E7C1C">
        <w:rPr>
          <w:rFonts w:ascii="Times New Roman" w:hAnsi="Times New Roman" w:cs="Times New Roman"/>
          <w:b/>
          <w:sz w:val="24"/>
          <w:szCs w:val="24"/>
          <w:lang w:val="ru-RU"/>
        </w:rPr>
        <w:t>. Порядок учета и оплаты времени:</w:t>
      </w:r>
    </w:p>
    <w:p w14:paraId="369E247A" w14:textId="77777777" w:rsidR="00C565BC" w:rsidRPr="008E7C1C" w:rsidRDefault="008E7C1C" w:rsidP="005F043D">
      <w:pPr>
        <w:spacing w:after="0" w:line="240" w:lineRule="auto"/>
        <w:ind w:firstLine="720"/>
        <w:jc w:val="both"/>
        <w:rPr>
          <w:rFonts w:ascii="Times New Roman" w:hAnsi="Times New Roman" w:cs="Times New Roman"/>
          <w:sz w:val="24"/>
          <w:szCs w:val="24"/>
          <w:lang w:val="ru-RU"/>
        </w:rPr>
      </w:pPr>
      <w:r w:rsidRPr="008E7C1C">
        <w:rPr>
          <w:rFonts w:ascii="Times New Roman" w:hAnsi="Times New Roman" w:cs="Times New Roman"/>
          <w:sz w:val="24"/>
          <w:szCs w:val="24"/>
          <w:lang w:val="ru-RU"/>
        </w:rPr>
        <w:t>4.1. «Инциденты» и «Запросы на обслуживание» выполняются без предварительного согласования. Оплата производится по факту затраченных часов на основании ежемесячного Реестра.</w:t>
      </w:r>
    </w:p>
    <w:p w14:paraId="18E3EBC2" w14:textId="614DF8ED" w:rsidR="00A66394" w:rsidRPr="008E7C1C" w:rsidRDefault="008E7C1C" w:rsidP="005F043D">
      <w:pPr>
        <w:spacing w:after="0" w:line="240" w:lineRule="auto"/>
        <w:ind w:firstLine="720"/>
        <w:jc w:val="both"/>
        <w:rPr>
          <w:rFonts w:ascii="Times New Roman" w:eastAsia="Times New Roman" w:hAnsi="Times New Roman" w:cs="Times New Roman"/>
          <w:sz w:val="24"/>
          <w:szCs w:val="24"/>
          <w:lang w:val="ru-RU" w:eastAsia="ru-RU"/>
        </w:rPr>
      </w:pPr>
      <w:r w:rsidRPr="008E7C1C">
        <w:rPr>
          <w:rFonts w:ascii="Times New Roman" w:hAnsi="Times New Roman" w:cs="Times New Roman"/>
          <w:sz w:val="24"/>
          <w:szCs w:val="24"/>
          <w:lang w:val="ru-RU"/>
        </w:rPr>
        <w:t>4.2. Время округляется в большую сторону с точностью до 30 минут в рабочее время и до 1 часа – во внерабочее время</w:t>
      </w:r>
      <w:r w:rsidR="00A66394" w:rsidRPr="008E7C1C">
        <w:rPr>
          <w:rFonts w:ascii="Times New Roman" w:hAnsi="Times New Roman" w:cs="Times New Roman"/>
          <w:sz w:val="24"/>
          <w:szCs w:val="24"/>
          <w:lang w:val="ru-RU"/>
        </w:rPr>
        <w:t xml:space="preserve"> </w:t>
      </w:r>
      <w:r w:rsidR="00A66394" w:rsidRPr="008E7C1C">
        <w:rPr>
          <w:rFonts w:ascii="Times New Roman" w:eastAsia="Times New Roman" w:hAnsi="Times New Roman" w:cs="Times New Roman"/>
          <w:sz w:val="24"/>
          <w:szCs w:val="24"/>
          <w:lang w:val="ru-RU" w:eastAsia="ru-RU"/>
        </w:rPr>
        <w:t>и до 1 часа – во внерабочее время.</w:t>
      </w:r>
    </w:p>
    <w:p w14:paraId="7AD83582" w14:textId="77777777" w:rsidR="00A66394" w:rsidRPr="008E7C1C" w:rsidRDefault="00A66394" w:rsidP="005F043D">
      <w:pPr>
        <w:spacing w:after="0" w:line="240" w:lineRule="auto"/>
        <w:ind w:firstLine="720"/>
        <w:jc w:val="both"/>
        <w:rPr>
          <w:rFonts w:ascii="Times New Roman" w:eastAsia="Times New Roman" w:hAnsi="Times New Roman" w:cs="Times New Roman"/>
          <w:b/>
          <w:bCs/>
          <w:sz w:val="24"/>
          <w:szCs w:val="24"/>
          <w:lang w:val="ru-RU" w:eastAsia="ru-RU"/>
        </w:rPr>
      </w:pPr>
      <w:r w:rsidRPr="008E7C1C">
        <w:rPr>
          <w:rFonts w:ascii="Times New Roman" w:eastAsia="Times New Roman" w:hAnsi="Times New Roman" w:cs="Times New Roman"/>
          <w:b/>
          <w:bCs/>
          <w:sz w:val="24"/>
          <w:szCs w:val="24"/>
          <w:lang w:val="ru-RU" w:eastAsia="ru-RU"/>
        </w:rPr>
        <w:t>V. Ответственные лица Заказчика:</w:t>
      </w:r>
    </w:p>
    <w:p w14:paraId="0C270B3E" w14:textId="77777777" w:rsidR="00BC12E2" w:rsidRPr="008E7C1C" w:rsidRDefault="00A66394" w:rsidP="00BC12E2">
      <w:pPr>
        <w:spacing w:after="0" w:line="240" w:lineRule="auto"/>
        <w:ind w:firstLine="720"/>
        <w:jc w:val="both"/>
        <w:rPr>
          <w:rFonts w:ascii="Times New Roman" w:eastAsia="Times New Roman" w:hAnsi="Times New Roman" w:cs="Times New Roman"/>
          <w:sz w:val="24"/>
          <w:szCs w:val="24"/>
          <w:lang w:val="ru-RU" w:eastAsia="ru-RU"/>
        </w:rPr>
      </w:pPr>
      <w:r w:rsidRPr="008E7C1C">
        <w:rPr>
          <w:rFonts w:ascii="Times New Roman" w:eastAsia="Times New Roman" w:hAnsi="Times New Roman" w:cs="Times New Roman"/>
          <w:sz w:val="24"/>
          <w:szCs w:val="24"/>
          <w:lang w:val="ru-RU" w:eastAsia="ru-RU"/>
        </w:rPr>
        <w:br/>
      </w:r>
    </w:p>
    <w:tbl>
      <w:tblPr>
        <w:tblW w:w="9923" w:type="dxa"/>
        <w:jc w:val="center"/>
        <w:tblLook w:val="04A0" w:firstRow="1" w:lastRow="0" w:firstColumn="1" w:lastColumn="0" w:noHBand="0" w:noVBand="1"/>
      </w:tblPr>
      <w:tblGrid>
        <w:gridCol w:w="5387"/>
        <w:gridCol w:w="4536"/>
      </w:tblGrid>
      <w:tr w:rsidR="00BC12E2" w:rsidRPr="008E7C1C" w14:paraId="213459DC" w14:textId="77777777" w:rsidTr="00BC12E2">
        <w:trPr>
          <w:trHeight w:val="1330"/>
          <w:jc w:val="center"/>
        </w:trPr>
        <w:tc>
          <w:tcPr>
            <w:tcW w:w="5387" w:type="dxa"/>
            <w:shd w:val="clear" w:color="auto" w:fill="auto"/>
          </w:tcPr>
          <w:p w14:paraId="3A95B73A" w14:textId="7A6D99D4" w:rsidR="00BC12E2" w:rsidRPr="008E7C1C" w:rsidRDefault="00BC12E2" w:rsidP="00BC12E2">
            <w:pPr>
              <w:widowControl w:val="0"/>
              <w:autoSpaceDE w:val="0"/>
              <w:autoSpaceDN w:val="0"/>
              <w:adjustRightInd w:val="0"/>
              <w:spacing w:after="0" w:line="240" w:lineRule="auto"/>
              <w:contextualSpacing/>
              <w:rPr>
                <w:rFonts w:ascii="Times New Roman" w:hAnsi="Times New Roman" w:cs="Times New Roman"/>
                <w:b/>
                <w:color w:val="000000"/>
                <w:sz w:val="24"/>
                <w:szCs w:val="24"/>
                <w:lang w:val="ru-RU"/>
              </w:rPr>
            </w:pPr>
            <w:r w:rsidRPr="008E7C1C">
              <w:rPr>
                <w:rFonts w:ascii="Times New Roman" w:hAnsi="Times New Roman" w:cs="Times New Roman"/>
                <w:b/>
                <w:color w:val="000000"/>
                <w:sz w:val="24"/>
                <w:szCs w:val="24"/>
                <w:lang w:val="ru-RU"/>
              </w:rPr>
              <w:t>Заказчик</w:t>
            </w:r>
          </w:p>
          <w:p w14:paraId="656A869B" w14:textId="29576E9F" w:rsidR="00BC12E2" w:rsidRPr="008E7C1C" w:rsidRDefault="00BC12E2" w:rsidP="00BC12E2">
            <w:pPr>
              <w:widowControl w:val="0"/>
              <w:autoSpaceDE w:val="0"/>
              <w:autoSpaceDN w:val="0"/>
              <w:adjustRightInd w:val="0"/>
              <w:spacing w:after="0" w:line="240" w:lineRule="auto"/>
              <w:contextualSpacing/>
              <w:jc w:val="both"/>
              <w:rPr>
                <w:rFonts w:ascii="Times New Roman" w:hAnsi="Times New Roman" w:cs="Times New Roman"/>
                <w:color w:val="000000"/>
                <w:sz w:val="24"/>
                <w:szCs w:val="24"/>
                <w:lang w:val="ru-RU"/>
              </w:rPr>
            </w:pPr>
            <w:r w:rsidRPr="008E7C1C">
              <w:rPr>
                <w:rFonts w:ascii="Times New Roman" w:hAnsi="Times New Roman" w:cs="Times New Roman"/>
                <w:color w:val="000000"/>
                <w:sz w:val="24"/>
                <w:szCs w:val="24"/>
                <w:lang w:val="ru-RU"/>
              </w:rPr>
              <w:t xml:space="preserve">Врио генерального директора </w:t>
            </w:r>
          </w:p>
          <w:p w14:paraId="0AFCACC6" w14:textId="77777777" w:rsidR="008E7C1C" w:rsidRPr="008E7C1C" w:rsidRDefault="008E7C1C" w:rsidP="008E7C1C">
            <w:pPr>
              <w:widowControl w:val="0"/>
              <w:autoSpaceDE w:val="0"/>
              <w:autoSpaceDN w:val="0"/>
              <w:adjustRightInd w:val="0"/>
              <w:spacing w:after="0" w:line="240" w:lineRule="auto"/>
              <w:contextualSpacing/>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АО «Аэропорты Ямала»</w:t>
            </w:r>
            <w:r w:rsidRPr="008E7C1C">
              <w:rPr>
                <w:rFonts w:ascii="Times New Roman" w:hAnsi="Times New Roman" w:cs="Times New Roman"/>
                <w:color w:val="000000"/>
                <w:sz w:val="24"/>
                <w:szCs w:val="24"/>
                <w:lang w:val="ru-RU"/>
              </w:rPr>
              <w:t xml:space="preserve"> </w:t>
            </w:r>
          </w:p>
          <w:p w14:paraId="1A3B9418" w14:textId="77777777" w:rsidR="00BC12E2" w:rsidRPr="008E7C1C" w:rsidRDefault="00BC12E2" w:rsidP="00BC12E2">
            <w:pPr>
              <w:widowControl w:val="0"/>
              <w:autoSpaceDE w:val="0"/>
              <w:autoSpaceDN w:val="0"/>
              <w:adjustRightInd w:val="0"/>
              <w:spacing w:after="0" w:line="240" w:lineRule="auto"/>
              <w:contextualSpacing/>
              <w:jc w:val="both"/>
              <w:rPr>
                <w:rFonts w:ascii="Times New Roman" w:hAnsi="Times New Roman" w:cs="Times New Roman"/>
                <w:color w:val="000000"/>
                <w:sz w:val="24"/>
                <w:szCs w:val="24"/>
                <w:lang w:val="ru-RU"/>
              </w:rPr>
            </w:pPr>
          </w:p>
          <w:p w14:paraId="4645D489" w14:textId="77777777" w:rsidR="00BC12E2" w:rsidRPr="008E7C1C" w:rsidRDefault="00BC12E2" w:rsidP="00BC12E2">
            <w:pPr>
              <w:widowControl w:val="0"/>
              <w:autoSpaceDE w:val="0"/>
              <w:autoSpaceDN w:val="0"/>
              <w:adjustRightInd w:val="0"/>
              <w:spacing w:after="0" w:line="240" w:lineRule="auto"/>
              <w:jc w:val="both"/>
              <w:rPr>
                <w:rFonts w:ascii="Times New Roman" w:hAnsi="Times New Roman" w:cs="Times New Roman"/>
                <w:sz w:val="24"/>
                <w:szCs w:val="24"/>
                <w:lang w:val="ru-RU"/>
              </w:rPr>
            </w:pPr>
          </w:p>
          <w:p w14:paraId="7257DA26" w14:textId="77777777" w:rsidR="00BC12E2" w:rsidRPr="008E7C1C" w:rsidRDefault="00BC12E2" w:rsidP="00BC12E2">
            <w:pPr>
              <w:widowControl w:val="0"/>
              <w:autoSpaceDE w:val="0"/>
              <w:autoSpaceDN w:val="0"/>
              <w:adjustRightInd w:val="0"/>
              <w:spacing w:after="0" w:line="240" w:lineRule="auto"/>
              <w:jc w:val="both"/>
              <w:rPr>
                <w:rFonts w:ascii="Times New Roman" w:hAnsi="Times New Roman" w:cs="Times New Roman"/>
                <w:sz w:val="24"/>
                <w:szCs w:val="24"/>
                <w:lang w:val="ru-RU"/>
              </w:rPr>
            </w:pPr>
            <w:r w:rsidRPr="008E7C1C">
              <w:rPr>
                <w:rFonts w:ascii="Times New Roman" w:hAnsi="Times New Roman" w:cs="Times New Roman"/>
                <w:sz w:val="24"/>
                <w:szCs w:val="24"/>
                <w:lang w:val="ru-RU"/>
              </w:rPr>
              <w:t>__________________/</w:t>
            </w:r>
            <w:r w:rsidRPr="008E7C1C">
              <w:rPr>
                <w:rFonts w:ascii="Times New Roman" w:hAnsi="Times New Roman" w:cs="Times New Roman"/>
                <w:color w:val="000000"/>
                <w:sz w:val="24"/>
                <w:szCs w:val="24"/>
                <w:lang w:val="ru-RU"/>
              </w:rPr>
              <w:t xml:space="preserve"> А.П. Шабашов</w:t>
            </w:r>
            <w:r w:rsidRPr="008E7C1C">
              <w:rPr>
                <w:rFonts w:ascii="Times New Roman" w:hAnsi="Times New Roman" w:cs="Times New Roman"/>
                <w:sz w:val="24"/>
                <w:szCs w:val="24"/>
                <w:lang w:val="ru-RU"/>
              </w:rPr>
              <w:t xml:space="preserve"> /</w:t>
            </w:r>
          </w:p>
          <w:p w14:paraId="53B9840C" w14:textId="5BD76C05" w:rsidR="00BC12E2" w:rsidRPr="008E7C1C" w:rsidRDefault="00BC12E2" w:rsidP="00BC12E2">
            <w:pPr>
              <w:widowControl w:val="0"/>
              <w:autoSpaceDE w:val="0"/>
              <w:autoSpaceDN w:val="0"/>
              <w:adjustRightInd w:val="0"/>
              <w:spacing w:after="0" w:line="240" w:lineRule="auto"/>
              <w:jc w:val="both"/>
              <w:rPr>
                <w:rFonts w:ascii="Times New Roman" w:hAnsi="Times New Roman" w:cs="Times New Roman"/>
                <w:sz w:val="24"/>
                <w:szCs w:val="24"/>
                <w:lang w:val="ru-RU"/>
              </w:rPr>
            </w:pPr>
            <w:r w:rsidRPr="008E7C1C">
              <w:rPr>
                <w:rFonts w:ascii="Times New Roman" w:hAnsi="Times New Roman" w:cs="Times New Roman"/>
                <w:sz w:val="24"/>
                <w:szCs w:val="24"/>
                <w:lang w:val="ru-RU"/>
              </w:rPr>
              <w:t>(</w:t>
            </w:r>
            <w:proofErr w:type="spellStart"/>
            <w:r w:rsidRPr="008E7C1C">
              <w:rPr>
                <w:rFonts w:ascii="Times New Roman" w:hAnsi="Times New Roman" w:cs="Times New Roman"/>
                <w:sz w:val="24"/>
                <w:szCs w:val="24"/>
                <w:lang w:val="ru-RU"/>
              </w:rPr>
              <w:t>м.п</w:t>
            </w:r>
            <w:proofErr w:type="spellEnd"/>
            <w:r w:rsidRPr="008E7C1C">
              <w:rPr>
                <w:rFonts w:ascii="Times New Roman" w:hAnsi="Times New Roman" w:cs="Times New Roman"/>
                <w:sz w:val="24"/>
                <w:szCs w:val="24"/>
                <w:lang w:val="ru-RU"/>
              </w:rPr>
              <w:t>.)</w:t>
            </w:r>
          </w:p>
        </w:tc>
        <w:tc>
          <w:tcPr>
            <w:tcW w:w="4536" w:type="dxa"/>
            <w:shd w:val="clear" w:color="auto" w:fill="auto"/>
          </w:tcPr>
          <w:p w14:paraId="0F0B99E7" w14:textId="440A76D1" w:rsidR="00BC12E2" w:rsidRPr="008E7C1C" w:rsidRDefault="00BC12E2" w:rsidP="00BC12E2">
            <w:pPr>
              <w:widowControl w:val="0"/>
              <w:autoSpaceDE w:val="0"/>
              <w:autoSpaceDN w:val="0"/>
              <w:adjustRightInd w:val="0"/>
              <w:spacing w:after="0" w:line="240" w:lineRule="auto"/>
              <w:contextualSpacing/>
              <w:jc w:val="both"/>
              <w:rPr>
                <w:rFonts w:ascii="Times New Roman" w:hAnsi="Times New Roman" w:cs="Times New Roman"/>
                <w:b/>
                <w:color w:val="000000"/>
                <w:sz w:val="24"/>
                <w:szCs w:val="24"/>
                <w:lang w:val="ru-RU"/>
              </w:rPr>
            </w:pPr>
            <w:r w:rsidRPr="008E7C1C">
              <w:rPr>
                <w:rFonts w:ascii="Times New Roman" w:hAnsi="Times New Roman" w:cs="Times New Roman"/>
                <w:b/>
                <w:color w:val="000000"/>
                <w:sz w:val="24"/>
                <w:szCs w:val="24"/>
                <w:lang w:val="ru-RU"/>
              </w:rPr>
              <w:t>Исполнитель</w:t>
            </w:r>
          </w:p>
          <w:p w14:paraId="4B1BE8B7" w14:textId="210FF3D8" w:rsidR="00BC12E2" w:rsidRPr="008E7C1C" w:rsidRDefault="00BC12E2" w:rsidP="00BC12E2">
            <w:pPr>
              <w:widowControl w:val="0"/>
              <w:autoSpaceDE w:val="0"/>
              <w:autoSpaceDN w:val="0"/>
              <w:adjustRightInd w:val="0"/>
              <w:spacing w:after="0" w:line="240" w:lineRule="auto"/>
              <w:jc w:val="both"/>
              <w:rPr>
                <w:rFonts w:ascii="Times New Roman" w:hAnsi="Times New Roman" w:cs="Times New Roman"/>
                <w:sz w:val="24"/>
                <w:szCs w:val="24"/>
                <w:lang w:val="ru-RU"/>
              </w:rPr>
            </w:pPr>
            <w:r w:rsidRPr="008E7C1C">
              <w:rPr>
                <w:rFonts w:ascii="Times New Roman" w:hAnsi="Times New Roman" w:cs="Times New Roman"/>
                <w:sz w:val="24"/>
                <w:szCs w:val="24"/>
                <w:lang w:val="ru-RU"/>
              </w:rPr>
              <w:t xml:space="preserve"> </w:t>
            </w:r>
          </w:p>
          <w:p w14:paraId="7C0A7557" w14:textId="7AAD1762" w:rsidR="00BC12E2" w:rsidRPr="008E7C1C" w:rsidRDefault="00BC12E2" w:rsidP="00BC12E2">
            <w:pPr>
              <w:widowControl w:val="0"/>
              <w:autoSpaceDE w:val="0"/>
              <w:autoSpaceDN w:val="0"/>
              <w:adjustRightInd w:val="0"/>
              <w:spacing w:after="0" w:line="240" w:lineRule="auto"/>
              <w:jc w:val="both"/>
              <w:rPr>
                <w:rFonts w:ascii="Times New Roman" w:hAnsi="Times New Roman" w:cs="Times New Roman"/>
                <w:sz w:val="24"/>
                <w:szCs w:val="24"/>
                <w:lang w:val="ru-RU"/>
              </w:rPr>
            </w:pPr>
          </w:p>
          <w:p w14:paraId="5D67136B" w14:textId="77777777" w:rsidR="00BC12E2" w:rsidRPr="008E7C1C" w:rsidRDefault="00BC12E2" w:rsidP="00BC12E2">
            <w:pPr>
              <w:widowControl w:val="0"/>
              <w:autoSpaceDE w:val="0"/>
              <w:autoSpaceDN w:val="0"/>
              <w:adjustRightInd w:val="0"/>
              <w:spacing w:after="0" w:line="240" w:lineRule="auto"/>
              <w:jc w:val="both"/>
              <w:rPr>
                <w:rFonts w:ascii="Times New Roman" w:hAnsi="Times New Roman" w:cs="Times New Roman"/>
                <w:sz w:val="24"/>
                <w:szCs w:val="24"/>
                <w:lang w:val="ru-RU"/>
              </w:rPr>
            </w:pPr>
          </w:p>
          <w:p w14:paraId="08BB9E5C" w14:textId="2FAB7914" w:rsidR="00BC12E2" w:rsidRPr="008E7C1C" w:rsidRDefault="00BC12E2" w:rsidP="00BC12E2">
            <w:pPr>
              <w:tabs>
                <w:tab w:val="left" w:pos="2250"/>
              </w:tabs>
              <w:spacing w:after="0" w:line="240" w:lineRule="auto"/>
              <w:jc w:val="both"/>
              <w:rPr>
                <w:rFonts w:ascii="Times New Roman" w:hAnsi="Times New Roman" w:cs="Times New Roman"/>
                <w:sz w:val="24"/>
                <w:szCs w:val="24"/>
                <w:lang w:val="ru-RU"/>
              </w:rPr>
            </w:pPr>
            <w:r w:rsidRPr="008E7C1C">
              <w:rPr>
                <w:rFonts w:ascii="Times New Roman" w:hAnsi="Times New Roman" w:cs="Times New Roman"/>
                <w:sz w:val="24"/>
                <w:szCs w:val="24"/>
                <w:lang w:val="ru-RU"/>
              </w:rPr>
              <w:t>___________________/</w:t>
            </w:r>
            <w:r w:rsidRPr="008E7C1C">
              <w:rPr>
                <w:rFonts w:ascii="Times New Roman" w:hAnsi="Times New Roman" w:cs="Times New Roman"/>
                <w:color w:val="000000"/>
                <w:sz w:val="24"/>
                <w:szCs w:val="24"/>
                <w:lang w:val="ru-RU"/>
              </w:rPr>
              <w:t xml:space="preserve"> _____________</w:t>
            </w:r>
            <w:r w:rsidRPr="008E7C1C">
              <w:rPr>
                <w:rFonts w:ascii="Times New Roman" w:hAnsi="Times New Roman" w:cs="Times New Roman"/>
                <w:sz w:val="24"/>
                <w:szCs w:val="24"/>
                <w:lang w:val="ru-RU"/>
              </w:rPr>
              <w:t xml:space="preserve"> /</w:t>
            </w:r>
          </w:p>
          <w:p w14:paraId="20B6D5CA" w14:textId="77777777" w:rsidR="00BC12E2" w:rsidRPr="008E7C1C" w:rsidRDefault="00BC12E2" w:rsidP="00BC12E2">
            <w:pPr>
              <w:tabs>
                <w:tab w:val="left" w:pos="2250"/>
              </w:tabs>
              <w:spacing w:after="0" w:line="240" w:lineRule="auto"/>
              <w:jc w:val="both"/>
              <w:rPr>
                <w:rFonts w:ascii="Times New Roman" w:hAnsi="Times New Roman" w:cs="Times New Roman"/>
                <w:sz w:val="24"/>
                <w:szCs w:val="24"/>
              </w:rPr>
            </w:pPr>
            <w:r w:rsidRPr="008E7C1C">
              <w:rPr>
                <w:rFonts w:ascii="Times New Roman" w:hAnsi="Times New Roman" w:cs="Times New Roman"/>
                <w:sz w:val="24"/>
                <w:szCs w:val="24"/>
                <w:lang w:val="ru-RU"/>
              </w:rPr>
              <w:t xml:space="preserve">   </w:t>
            </w:r>
            <w:r w:rsidRPr="008E7C1C">
              <w:rPr>
                <w:rFonts w:ascii="Times New Roman" w:hAnsi="Times New Roman" w:cs="Times New Roman"/>
                <w:sz w:val="24"/>
                <w:szCs w:val="24"/>
              </w:rPr>
              <w:t>(</w:t>
            </w:r>
            <w:proofErr w:type="spellStart"/>
            <w:r w:rsidRPr="008E7C1C">
              <w:rPr>
                <w:rFonts w:ascii="Times New Roman" w:hAnsi="Times New Roman" w:cs="Times New Roman"/>
                <w:sz w:val="24"/>
                <w:szCs w:val="24"/>
              </w:rPr>
              <w:t>м.п</w:t>
            </w:r>
            <w:proofErr w:type="spellEnd"/>
            <w:r w:rsidRPr="008E7C1C">
              <w:rPr>
                <w:rFonts w:ascii="Times New Roman" w:hAnsi="Times New Roman" w:cs="Times New Roman"/>
                <w:sz w:val="24"/>
                <w:szCs w:val="24"/>
              </w:rPr>
              <w:t>.)</w:t>
            </w:r>
          </w:p>
        </w:tc>
      </w:tr>
    </w:tbl>
    <w:p w14:paraId="65A71E5D" w14:textId="5773AFAB" w:rsidR="00A66394" w:rsidRPr="008E7C1C" w:rsidRDefault="00A66394" w:rsidP="00BC12E2">
      <w:pPr>
        <w:spacing w:after="0" w:line="240" w:lineRule="auto"/>
        <w:ind w:firstLine="720"/>
        <w:jc w:val="both"/>
        <w:rPr>
          <w:rFonts w:ascii="Times New Roman" w:eastAsia="Times New Roman" w:hAnsi="Times New Roman" w:cs="Times New Roman"/>
          <w:sz w:val="24"/>
          <w:szCs w:val="24"/>
          <w:lang w:val="ru-RU" w:eastAsia="ru-RU"/>
        </w:rPr>
      </w:pPr>
    </w:p>
    <w:p w14:paraId="2A58AD69" w14:textId="77777777" w:rsidR="00A66394" w:rsidRPr="008E7C1C" w:rsidRDefault="00A66394" w:rsidP="005F043D">
      <w:pPr>
        <w:spacing w:after="0" w:line="240" w:lineRule="auto"/>
        <w:ind w:firstLine="720"/>
        <w:jc w:val="both"/>
        <w:rPr>
          <w:rFonts w:ascii="Times New Roman" w:eastAsia="Times New Roman" w:hAnsi="Times New Roman" w:cs="Times New Roman"/>
          <w:b/>
          <w:bCs/>
          <w:sz w:val="24"/>
          <w:szCs w:val="24"/>
          <w:lang w:val="ru-RU" w:eastAsia="ru-RU"/>
        </w:rPr>
      </w:pPr>
    </w:p>
    <w:p w14:paraId="7956F5E5" w14:textId="77777777" w:rsidR="00A66394" w:rsidRPr="008E7C1C" w:rsidRDefault="00A66394" w:rsidP="005F043D">
      <w:pPr>
        <w:spacing w:after="0" w:line="240" w:lineRule="auto"/>
        <w:ind w:firstLine="720"/>
        <w:jc w:val="both"/>
        <w:rPr>
          <w:rFonts w:ascii="Times New Roman" w:eastAsia="Times New Roman" w:hAnsi="Times New Roman" w:cs="Times New Roman"/>
          <w:b/>
          <w:bCs/>
          <w:sz w:val="24"/>
          <w:szCs w:val="24"/>
          <w:lang w:val="ru-RU" w:eastAsia="ru-RU"/>
        </w:rPr>
      </w:pPr>
    </w:p>
    <w:p w14:paraId="413DE3AF" w14:textId="77777777" w:rsidR="00A66394" w:rsidRPr="008E7C1C" w:rsidRDefault="00A66394" w:rsidP="005F043D">
      <w:pPr>
        <w:spacing w:after="0" w:line="240" w:lineRule="auto"/>
        <w:ind w:firstLine="720"/>
        <w:jc w:val="both"/>
        <w:rPr>
          <w:rFonts w:ascii="Times New Roman" w:eastAsia="Times New Roman" w:hAnsi="Times New Roman" w:cs="Times New Roman"/>
          <w:b/>
          <w:bCs/>
          <w:sz w:val="24"/>
          <w:szCs w:val="24"/>
          <w:lang w:val="ru-RU" w:eastAsia="ru-RU"/>
        </w:rPr>
      </w:pPr>
    </w:p>
    <w:p w14:paraId="0CECEF12" w14:textId="77777777" w:rsidR="00A66394" w:rsidRPr="008E7C1C" w:rsidRDefault="00A66394" w:rsidP="005F043D">
      <w:pPr>
        <w:spacing w:after="0" w:line="240" w:lineRule="auto"/>
        <w:ind w:firstLine="720"/>
        <w:jc w:val="both"/>
        <w:rPr>
          <w:rFonts w:ascii="Times New Roman" w:eastAsia="Times New Roman" w:hAnsi="Times New Roman" w:cs="Times New Roman"/>
          <w:b/>
          <w:bCs/>
          <w:sz w:val="24"/>
          <w:szCs w:val="24"/>
          <w:lang w:val="ru-RU" w:eastAsia="ru-RU"/>
        </w:rPr>
      </w:pPr>
    </w:p>
    <w:p w14:paraId="1CBCDAB2" w14:textId="77777777" w:rsidR="00A66394" w:rsidRPr="008E7C1C" w:rsidRDefault="00A66394" w:rsidP="005F043D">
      <w:pPr>
        <w:spacing w:after="0" w:line="240" w:lineRule="auto"/>
        <w:ind w:firstLine="720"/>
        <w:jc w:val="both"/>
        <w:rPr>
          <w:rFonts w:ascii="Times New Roman" w:eastAsia="Times New Roman" w:hAnsi="Times New Roman" w:cs="Times New Roman"/>
          <w:b/>
          <w:bCs/>
          <w:sz w:val="24"/>
          <w:szCs w:val="24"/>
          <w:lang w:val="ru-RU" w:eastAsia="ru-RU"/>
        </w:rPr>
      </w:pPr>
    </w:p>
    <w:p w14:paraId="18EBC83B" w14:textId="77777777" w:rsidR="00A66394" w:rsidRPr="008E7C1C" w:rsidRDefault="00A66394" w:rsidP="005F043D">
      <w:pPr>
        <w:spacing w:after="0" w:line="240" w:lineRule="auto"/>
        <w:ind w:firstLine="720"/>
        <w:jc w:val="both"/>
        <w:rPr>
          <w:rFonts w:ascii="Times New Roman" w:eastAsia="Times New Roman" w:hAnsi="Times New Roman" w:cs="Times New Roman"/>
          <w:b/>
          <w:bCs/>
          <w:sz w:val="24"/>
          <w:szCs w:val="24"/>
          <w:lang w:val="ru-RU" w:eastAsia="ru-RU"/>
        </w:rPr>
      </w:pPr>
    </w:p>
    <w:p w14:paraId="04C79276" w14:textId="77777777" w:rsidR="00A66394" w:rsidRPr="008E7C1C" w:rsidRDefault="00A66394" w:rsidP="005F043D">
      <w:pPr>
        <w:spacing w:after="0" w:line="240" w:lineRule="auto"/>
        <w:ind w:firstLine="720"/>
        <w:jc w:val="both"/>
        <w:rPr>
          <w:rFonts w:ascii="Times New Roman" w:eastAsia="Times New Roman" w:hAnsi="Times New Roman" w:cs="Times New Roman"/>
          <w:b/>
          <w:bCs/>
          <w:sz w:val="24"/>
          <w:szCs w:val="24"/>
          <w:lang w:val="ru-RU" w:eastAsia="ru-RU"/>
        </w:rPr>
      </w:pPr>
    </w:p>
    <w:p w14:paraId="0DACA549" w14:textId="2B5B2AC4" w:rsidR="005F043D" w:rsidRPr="008E7C1C" w:rsidRDefault="005F043D" w:rsidP="005F043D">
      <w:pPr>
        <w:spacing w:after="0" w:line="240" w:lineRule="auto"/>
        <w:ind w:firstLine="720"/>
        <w:jc w:val="right"/>
        <w:rPr>
          <w:rFonts w:ascii="Times New Roman" w:hAnsi="Times New Roman" w:cs="Times New Roman"/>
          <w:sz w:val="24"/>
          <w:szCs w:val="24"/>
          <w:lang w:val="ru-RU"/>
        </w:rPr>
      </w:pPr>
      <w:r w:rsidRPr="008E7C1C">
        <w:rPr>
          <w:rFonts w:ascii="Times New Roman" w:hAnsi="Times New Roman" w:cs="Times New Roman"/>
          <w:sz w:val="24"/>
          <w:szCs w:val="24"/>
          <w:lang w:val="ru-RU"/>
        </w:rPr>
        <w:t xml:space="preserve">Приложение № </w:t>
      </w:r>
      <w:r w:rsidR="004E7161">
        <w:rPr>
          <w:rFonts w:ascii="Times New Roman" w:hAnsi="Times New Roman" w:cs="Times New Roman"/>
          <w:sz w:val="24"/>
          <w:szCs w:val="24"/>
          <w:lang w:val="ru-RU"/>
        </w:rPr>
        <w:t>2</w:t>
      </w:r>
    </w:p>
    <w:p w14:paraId="334D9AC4" w14:textId="7FA1400C" w:rsidR="005F043D" w:rsidRPr="008E7C1C" w:rsidRDefault="005F043D" w:rsidP="005F043D">
      <w:pPr>
        <w:spacing w:after="0" w:line="240" w:lineRule="auto"/>
        <w:ind w:firstLine="720"/>
        <w:jc w:val="right"/>
        <w:rPr>
          <w:rFonts w:ascii="Times New Roman" w:hAnsi="Times New Roman" w:cs="Times New Roman"/>
          <w:sz w:val="24"/>
          <w:szCs w:val="24"/>
          <w:lang w:val="ru-RU"/>
        </w:rPr>
      </w:pPr>
      <w:r w:rsidRPr="008E7C1C">
        <w:rPr>
          <w:rFonts w:ascii="Times New Roman" w:hAnsi="Times New Roman" w:cs="Times New Roman"/>
          <w:sz w:val="24"/>
          <w:szCs w:val="24"/>
          <w:lang w:val="ru-RU"/>
        </w:rPr>
        <w:t>к Договору № ____________</w:t>
      </w:r>
    </w:p>
    <w:p w14:paraId="352DA5AC" w14:textId="77777777" w:rsidR="005F043D" w:rsidRPr="008E7C1C" w:rsidRDefault="005F043D" w:rsidP="005F043D">
      <w:pPr>
        <w:spacing w:after="0" w:line="240" w:lineRule="auto"/>
        <w:ind w:firstLine="720"/>
        <w:jc w:val="right"/>
        <w:rPr>
          <w:rFonts w:ascii="Times New Roman" w:hAnsi="Times New Roman" w:cs="Times New Roman"/>
          <w:sz w:val="24"/>
          <w:szCs w:val="24"/>
          <w:lang w:val="ru-RU"/>
        </w:rPr>
      </w:pPr>
    </w:p>
    <w:p w14:paraId="68056D6B" w14:textId="1AF8E03D" w:rsidR="00A66394" w:rsidRDefault="00A66394" w:rsidP="008E7C1C">
      <w:pPr>
        <w:spacing w:after="0" w:line="240" w:lineRule="auto"/>
        <w:ind w:firstLine="720"/>
        <w:jc w:val="center"/>
        <w:rPr>
          <w:rFonts w:ascii="Times New Roman" w:eastAsia="Times New Roman" w:hAnsi="Times New Roman" w:cs="Times New Roman"/>
          <w:b/>
          <w:bCs/>
          <w:iCs/>
          <w:sz w:val="24"/>
          <w:szCs w:val="24"/>
          <w:lang w:val="ru-RU" w:eastAsia="ru-RU"/>
        </w:rPr>
      </w:pPr>
      <w:r w:rsidRPr="008E7C1C">
        <w:rPr>
          <w:rFonts w:ascii="Times New Roman" w:eastAsia="Times New Roman" w:hAnsi="Times New Roman" w:cs="Times New Roman"/>
          <w:b/>
          <w:bCs/>
          <w:iCs/>
          <w:sz w:val="24"/>
          <w:szCs w:val="24"/>
          <w:lang w:val="ru-RU" w:eastAsia="ru-RU"/>
        </w:rPr>
        <w:t>Ф</w:t>
      </w:r>
      <w:r w:rsidR="008E7C1C" w:rsidRPr="008E7C1C">
        <w:rPr>
          <w:rFonts w:ascii="Times New Roman" w:eastAsia="Times New Roman" w:hAnsi="Times New Roman" w:cs="Times New Roman"/>
          <w:b/>
          <w:bCs/>
          <w:iCs/>
          <w:sz w:val="24"/>
          <w:szCs w:val="24"/>
          <w:lang w:val="ru-RU" w:eastAsia="ru-RU"/>
        </w:rPr>
        <w:t>орма реестра оказанных услуг (образец)</w:t>
      </w:r>
    </w:p>
    <w:p w14:paraId="5BA1641A" w14:textId="77777777" w:rsidR="008E7C1C" w:rsidRDefault="008E7C1C" w:rsidP="008E7C1C">
      <w:pPr>
        <w:spacing w:after="0" w:line="240" w:lineRule="auto"/>
        <w:jc w:val="both"/>
        <w:rPr>
          <w:rFonts w:ascii="Times New Roman" w:eastAsia="Times New Roman" w:hAnsi="Times New Roman" w:cs="Times New Roman"/>
          <w:b/>
          <w:sz w:val="24"/>
          <w:szCs w:val="24"/>
          <w:lang w:val="ru-RU" w:eastAsia="ru-RU"/>
        </w:rPr>
      </w:pPr>
    </w:p>
    <w:p w14:paraId="5073912B" w14:textId="58FE9C56" w:rsidR="008E7C1C" w:rsidRDefault="00A66394" w:rsidP="008E7C1C">
      <w:pPr>
        <w:spacing w:after="0" w:line="240" w:lineRule="auto"/>
        <w:jc w:val="both"/>
        <w:rPr>
          <w:rFonts w:ascii="Times New Roman" w:eastAsia="Times New Roman" w:hAnsi="Times New Roman" w:cs="Times New Roman"/>
          <w:sz w:val="24"/>
          <w:szCs w:val="24"/>
          <w:lang w:val="ru-RU" w:eastAsia="ru-RU"/>
        </w:rPr>
      </w:pPr>
      <w:r w:rsidRPr="008E7C1C">
        <w:rPr>
          <w:rFonts w:ascii="Times New Roman" w:eastAsia="Times New Roman" w:hAnsi="Times New Roman" w:cs="Times New Roman"/>
          <w:sz w:val="24"/>
          <w:szCs w:val="24"/>
          <w:lang w:val="ru-RU" w:eastAsia="ru-RU"/>
        </w:rPr>
        <w:t>За период с «</w:t>
      </w:r>
      <w:r w:rsidRPr="008E7C1C">
        <w:rPr>
          <w:rFonts w:ascii="Times New Roman" w:eastAsia="Times New Roman" w:hAnsi="Times New Roman" w:cs="Times New Roman"/>
          <w:bCs/>
          <w:iCs/>
          <w:sz w:val="24"/>
          <w:szCs w:val="24"/>
          <w:lang w:val="ru-RU" w:eastAsia="ru-RU"/>
        </w:rPr>
        <w:t>» ___________ 202 г. по «</w:t>
      </w:r>
      <w:r w:rsidRPr="008E7C1C">
        <w:rPr>
          <w:rFonts w:ascii="Times New Roman" w:eastAsia="Times New Roman" w:hAnsi="Times New Roman" w:cs="Times New Roman"/>
          <w:sz w:val="24"/>
          <w:szCs w:val="24"/>
          <w:lang w:val="ru-RU" w:eastAsia="ru-RU"/>
        </w:rPr>
        <w:t>» ___________ 202 г.</w:t>
      </w:r>
    </w:p>
    <w:p w14:paraId="3AC08422" w14:textId="77777777" w:rsidR="008E7C1C" w:rsidRPr="008E7C1C" w:rsidRDefault="008E7C1C" w:rsidP="008E7C1C">
      <w:pPr>
        <w:spacing w:after="0" w:line="240" w:lineRule="auto"/>
        <w:jc w:val="both"/>
        <w:rPr>
          <w:rFonts w:ascii="Times New Roman" w:eastAsia="Times New Roman" w:hAnsi="Times New Roman" w:cs="Times New Roman"/>
          <w:sz w:val="24"/>
          <w:szCs w:val="24"/>
          <w:lang w:val="ru-RU" w:eastAsia="ru-RU"/>
        </w:rPr>
      </w:pPr>
    </w:p>
    <w:tbl>
      <w:tblPr>
        <w:tblW w:w="11395" w:type="dxa"/>
        <w:jc w:val="center"/>
        <w:tblCellSpacing w:w="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15" w:type="dxa"/>
          <w:left w:w="15" w:type="dxa"/>
          <w:bottom w:w="15" w:type="dxa"/>
          <w:right w:w="15" w:type="dxa"/>
        </w:tblCellMar>
        <w:tblLook w:val="04A0" w:firstRow="1" w:lastRow="0" w:firstColumn="1" w:lastColumn="0" w:noHBand="0" w:noVBand="1"/>
      </w:tblPr>
      <w:tblGrid>
        <w:gridCol w:w="496"/>
        <w:gridCol w:w="1517"/>
        <w:gridCol w:w="2862"/>
        <w:gridCol w:w="1054"/>
        <w:gridCol w:w="1634"/>
        <w:gridCol w:w="1281"/>
        <w:gridCol w:w="1008"/>
        <w:gridCol w:w="1543"/>
      </w:tblGrid>
      <w:tr w:rsidR="00A66394" w:rsidRPr="008E7C1C" w14:paraId="7D1ED771" w14:textId="77777777" w:rsidTr="00BC12E2">
        <w:trPr>
          <w:tblCellSpacing w:w="15" w:type="dxa"/>
          <w:jc w:val="center"/>
        </w:trPr>
        <w:tc>
          <w:tcPr>
            <w:tcW w:w="451" w:type="dxa"/>
            <w:vAlign w:val="center"/>
            <w:hideMark/>
          </w:tcPr>
          <w:p w14:paraId="440117CC" w14:textId="77777777" w:rsidR="00A66394" w:rsidRPr="008E7C1C" w:rsidRDefault="00A66394" w:rsidP="00BC12E2">
            <w:pPr>
              <w:spacing w:after="0" w:line="240" w:lineRule="auto"/>
              <w:ind w:firstLine="720"/>
              <w:jc w:val="center"/>
              <w:rPr>
                <w:rFonts w:ascii="Times New Roman" w:eastAsia="Times New Roman" w:hAnsi="Times New Roman" w:cs="Times New Roman"/>
                <w:bCs/>
                <w:sz w:val="24"/>
                <w:szCs w:val="24"/>
                <w:lang w:val="ru-RU" w:eastAsia="ru-RU"/>
              </w:rPr>
            </w:pPr>
            <w:r w:rsidRPr="008E7C1C">
              <w:rPr>
                <w:rFonts w:ascii="Times New Roman" w:eastAsia="Times New Roman" w:hAnsi="Times New Roman" w:cs="Times New Roman"/>
                <w:bCs/>
                <w:sz w:val="24"/>
                <w:szCs w:val="24"/>
                <w:lang w:val="ru-RU" w:eastAsia="ru-RU"/>
              </w:rPr>
              <w:t>№ п/п</w:t>
            </w:r>
          </w:p>
        </w:tc>
        <w:tc>
          <w:tcPr>
            <w:tcW w:w="1487" w:type="dxa"/>
            <w:vAlign w:val="center"/>
            <w:hideMark/>
          </w:tcPr>
          <w:p w14:paraId="78FACF90" w14:textId="77777777" w:rsidR="00A66394" w:rsidRPr="008E7C1C" w:rsidRDefault="00A66394" w:rsidP="00BC12E2">
            <w:pPr>
              <w:spacing w:after="0" w:line="240" w:lineRule="auto"/>
              <w:jc w:val="center"/>
              <w:rPr>
                <w:rFonts w:ascii="Times New Roman" w:eastAsia="Times New Roman" w:hAnsi="Times New Roman" w:cs="Times New Roman"/>
                <w:bCs/>
                <w:sz w:val="24"/>
                <w:szCs w:val="24"/>
                <w:lang w:val="ru-RU" w:eastAsia="ru-RU"/>
              </w:rPr>
            </w:pPr>
            <w:r w:rsidRPr="008E7C1C">
              <w:rPr>
                <w:rFonts w:ascii="Times New Roman" w:eastAsia="Times New Roman" w:hAnsi="Times New Roman" w:cs="Times New Roman"/>
                <w:bCs/>
                <w:sz w:val="24"/>
                <w:szCs w:val="24"/>
                <w:lang w:val="ru-RU" w:eastAsia="ru-RU"/>
              </w:rPr>
              <w:t>Инициатор</w:t>
            </w:r>
          </w:p>
        </w:tc>
        <w:tc>
          <w:tcPr>
            <w:tcW w:w="2832" w:type="dxa"/>
            <w:vAlign w:val="center"/>
            <w:hideMark/>
          </w:tcPr>
          <w:p w14:paraId="48F9BB14" w14:textId="77777777" w:rsidR="00A66394" w:rsidRPr="008E7C1C" w:rsidRDefault="00A66394" w:rsidP="00BC12E2">
            <w:pPr>
              <w:spacing w:after="0" w:line="240" w:lineRule="auto"/>
              <w:jc w:val="center"/>
              <w:rPr>
                <w:rFonts w:ascii="Times New Roman" w:eastAsia="Times New Roman" w:hAnsi="Times New Roman" w:cs="Times New Roman"/>
                <w:bCs/>
                <w:sz w:val="24"/>
                <w:szCs w:val="24"/>
                <w:lang w:val="ru-RU" w:eastAsia="ru-RU"/>
              </w:rPr>
            </w:pPr>
            <w:r w:rsidRPr="008E7C1C">
              <w:rPr>
                <w:rFonts w:ascii="Times New Roman" w:eastAsia="Times New Roman" w:hAnsi="Times New Roman" w:cs="Times New Roman"/>
                <w:bCs/>
                <w:sz w:val="24"/>
                <w:szCs w:val="24"/>
                <w:lang w:val="ru-RU" w:eastAsia="ru-RU"/>
              </w:rPr>
              <w:t>Организация-заказчик</w:t>
            </w:r>
          </w:p>
        </w:tc>
        <w:tc>
          <w:tcPr>
            <w:tcW w:w="1024" w:type="dxa"/>
            <w:vAlign w:val="center"/>
            <w:hideMark/>
          </w:tcPr>
          <w:p w14:paraId="2F8ABA2B" w14:textId="285F0705" w:rsidR="00A66394" w:rsidRPr="008E7C1C" w:rsidRDefault="00BC12E2" w:rsidP="00BC12E2">
            <w:pPr>
              <w:spacing w:after="0" w:line="240" w:lineRule="auto"/>
              <w:jc w:val="center"/>
              <w:rPr>
                <w:rFonts w:ascii="Times New Roman" w:eastAsia="Times New Roman" w:hAnsi="Times New Roman" w:cs="Times New Roman"/>
                <w:bCs/>
                <w:sz w:val="24"/>
                <w:szCs w:val="24"/>
                <w:lang w:val="ru-RU" w:eastAsia="ru-RU"/>
              </w:rPr>
            </w:pPr>
            <w:r w:rsidRPr="008E7C1C">
              <w:rPr>
                <w:rFonts w:ascii="Times New Roman" w:eastAsia="Times New Roman" w:hAnsi="Times New Roman" w:cs="Times New Roman"/>
                <w:bCs/>
                <w:sz w:val="24"/>
                <w:szCs w:val="24"/>
                <w:lang w:val="ru-RU" w:eastAsia="ru-RU"/>
              </w:rPr>
              <w:t xml:space="preserve">№ </w:t>
            </w:r>
            <w:r w:rsidR="00A66394" w:rsidRPr="008E7C1C">
              <w:rPr>
                <w:rFonts w:ascii="Times New Roman" w:eastAsia="Times New Roman" w:hAnsi="Times New Roman" w:cs="Times New Roman"/>
                <w:bCs/>
                <w:sz w:val="24"/>
                <w:szCs w:val="24"/>
                <w:lang w:val="ru-RU" w:eastAsia="ru-RU"/>
              </w:rPr>
              <w:t>запроса</w:t>
            </w:r>
          </w:p>
        </w:tc>
        <w:tc>
          <w:tcPr>
            <w:tcW w:w="1604" w:type="dxa"/>
            <w:vAlign w:val="center"/>
            <w:hideMark/>
          </w:tcPr>
          <w:p w14:paraId="7814DD88" w14:textId="77777777" w:rsidR="00A66394" w:rsidRPr="008E7C1C" w:rsidRDefault="00A66394" w:rsidP="00BC12E2">
            <w:pPr>
              <w:spacing w:after="0" w:line="240" w:lineRule="auto"/>
              <w:jc w:val="center"/>
              <w:rPr>
                <w:rFonts w:ascii="Times New Roman" w:eastAsia="Times New Roman" w:hAnsi="Times New Roman" w:cs="Times New Roman"/>
                <w:bCs/>
                <w:sz w:val="24"/>
                <w:szCs w:val="24"/>
                <w:lang w:val="ru-RU" w:eastAsia="ru-RU"/>
              </w:rPr>
            </w:pPr>
            <w:r w:rsidRPr="008E7C1C">
              <w:rPr>
                <w:rFonts w:ascii="Times New Roman" w:eastAsia="Times New Roman" w:hAnsi="Times New Roman" w:cs="Times New Roman"/>
                <w:bCs/>
                <w:sz w:val="24"/>
                <w:szCs w:val="24"/>
                <w:lang w:val="ru-RU" w:eastAsia="ru-RU"/>
              </w:rPr>
              <w:t>Содержание запроса</w:t>
            </w:r>
          </w:p>
        </w:tc>
        <w:tc>
          <w:tcPr>
            <w:tcW w:w="1251" w:type="dxa"/>
            <w:vAlign w:val="center"/>
            <w:hideMark/>
          </w:tcPr>
          <w:p w14:paraId="5383A969" w14:textId="77777777" w:rsidR="00A66394" w:rsidRPr="008E7C1C" w:rsidRDefault="00A66394" w:rsidP="00BC12E2">
            <w:pPr>
              <w:spacing w:after="0" w:line="240" w:lineRule="auto"/>
              <w:jc w:val="center"/>
              <w:rPr>
                <w:rFonts w:ascii="Times New Roman" w:eastAsia="Times New Roman" w:hAnsi="Times New Roman" w:cs="Times New Roman"/>
                <w:bCs/>
                <w:sz w:val="24"/>
                <w:szCs w:val="24"/>
                <w:lang w:val="ru-RU" w:eastAsia="ru-RU"/>
              </w:rPr>
            </w:pPr>
            <w:r w:rsidRPr="008E7C1C">
              <w:rPr>
                <w:rFonts w:ascii="Times New Roman" w:eastAsia="Times New Roman" w:hAnsi="Times New Roman" w:cs="Times New Roman"/>
                <w:bCs/>
                <w:sz w:val="24"/>
                <w:szCs w:val="24"/>
                <w:lang w:val="ru-RU" w:eastAsia="ru-RU"/>
              </w:rPr>
              <w:t>Дата регистрации</w:t>
            </w:r>
          </w:p>
        </w:tc>
        <w:tc>
          <w:tcPr>
            <w:tcW w:w="978" w:type="dxa"/>
            <w:vAlign w:val="center"/>
            <w:hideMark/>
          </w:tcPr>
          <w:p w14:paraId="7D06F67C" w14:textId="77777777" w:rsidR="00A66394" w:rsidRPr="008E7C1C" w:rsidRDefault="00A66394" w:rsidP="00BC12E2">
            <w:pPr>
              <w:spacing w:after="0" w:line="240" w:lineRule="auto"/>
              <w:jc w:val="center"/>
              <w:rPr>
                <w:rFonts w:ascii="Times New Roman" w:eastAsia="Times New Roman" w:hAnsi="Times New Roman" w:cs="Times New Roman"/>
                <w:bCs/>
                <w:sz w:val="24"/>
                <w:szCs w:val="24"/>
                <w:lang w:val="ru-RU" w:eastAsia="ru-RU"/>
              </w:rPr>
            </w:pPr>
            <w:r w:rsidRPr="008E7C1C">
              <w:rPr>
                <w:rFonts w:ascii="Times New Roman" w:eastAsia="Times New Roman" w:hAnsi="Times New Roman" w:cs="Times New Roman"/>
                <w:bCs/>
                <w:sz w:val="24"/>
                <w:szCs w:val="24"/>
                <w:lang w:val="ru-RU" w:eastAsia="ru-RU"/>
              </w:rPr>
              <w:t>Дата выполнения</w:t>
            </w:r>
          </w:p>
        </w:tc>
        <w:tc>
          <w:tcPr>
            <w:tcW w:w="1498" w:type="dxa"/>
            <w:vAlign w:val="center"/>
            <w:hideMark/>
          </w:tcPr>
          <w:p w14:paraId="0F2AEEFB" w14:textId="77777777" w:rsidR="00A66394" w:rsidRPr="008E7C1C" w:rsidRDefault="00A66394" w:rsidP="00BC12E2">
            <w:pPr>
              <w:spacing w:after="0" w:line="240" w:lineRule="auto"/>
              <w:jc w:val="center"/>
              <w:rPr>
                <w:rFonts w:ascii="Times New Roman" w:eastAsia="Times New Roman" w:hAnsi="Times New Roman" w:cs="Times New Roman"/>
                <w:bCs/>
                <w:sz w:val="24"/>
                <w:szCs w:val="24"/>
                <w:lang w:val="ru-RU" w:eastAsia="ru-RU"/>
              </w:rPr>
            </w:pPr>
            <w:r w:rsidRPr="008E7C1C">
              <w:rPr>
                <w:rFonts w:ascii="Times New Roman" w:eastAsia="Times New Roman" w:hAnsi="Times New Roman" w:cs="Times New Roman"/>
                <w:bCs/>
                <w:sz w:val="24"/>
                <w:szCs w:val="24"/>
                <w:lang w:val="ru-RU" w:eastAsia="ru-RU"/>
              </w:rPr>
              <w:t>Трудозатраты (час)</w:t>
            </w:r>
          </w:p>
        </w:tc>
      </w:tr>
      <w:tr w:rsidR="00A66394" w:rsidRPr="008E7C1C" w14:paraId="2B8EF189" w14:textId="77777777" w:rsidTr="00BC12E2">
        <w:trPr>
          <w:tblCellSpacing w:w="15" w:type="dxa"/>
          <w:jc w:val="center"/>
        </w:trPr>
        <w:tc>
          <w:tcPr>
            <w:tcW w:w="451" w:type="dxa"/>
            <w:vAlign w:val="center"/>
            <w:hideMark/>
          </w:tcPr>
          <w:p w14:paraId="233BF619" w14:textId="77777777" w:rsidR="00A66394" w:rsidRPr="008E7C1C" w:rsidRDefault="00A66394" w:rsidP="005F043D">
            <w:pPr>
              <w:spacing w:after="0" w:line="240" w:lineRule="auto"/>
              <w:ind w:firstLine="720"/>
              <w:jc w:val="both"/>
              <w:rPr>
                <w:rFonts w:ascii="Times New Roman" w:eastAsia="Times New Roman" w:hAnsi="Times New Roman" w:cs="Times New Roman"/>
                <w:sz w:val="24"/>
                <w:szCs w:val="24"/>
                <w:lang w:val="ru-RU" w:eastAsia="ru-RU"/>
              </w:rPr>
            </w:pPr>
            <w:r w:rsidRPr="008E7C1C">
              <w:rPr>
                <w:rFonts w:ascii="Times New Roman" w:eastAsia="Times New Roman" w:hAnsi="Times New Roman" w:cs="Times New Roman"/>
                <w:sz w:val="24"/>
                <w:szCs w:val="24"/>
                <w:lang w:val="ru-RU" w:eastAsia="ru-RU"/>
              </w:rPr>
              <w:t>1</w:t>
            </w:r>
          </w:p>
        </w:tc>
        <w:tc>
          <w:tcPr>
            <w:tcW w:w="1487" w:type="dxa"/>
            <w:vAlign w:val="center"/>
            <w:hideMark/>
          </w:tcPr>
          <w:p w14:paraId="4E5CF439" w14:textId="77777777" w:rsidR="00A66394" w:rsidRPr="008E7C1C" w:rsidRDefault="00A66394" w:rsidP="005F043D">
            <w:pPr>
              <w:spacing w:after="0" w:line="240" w:lineRule="auto"/>
              <w:ind w:firstLine="720"/>
              <w:jc w:val="both"/>
              <w:rPr>
                <w:rFonts w:ascii="Times New Roman" w:eastAsia="Times New Roman" w:hAnsi="Times New Roman" w:cs="Times New Roman"/>
                <w:sz w:val="24"/>
                <w:szCs w:val="24"/>
                <w:lang w:val="ru-RU" w:eastAsia="ru-RU"/>
              </w:rPr>
            </w:pPr>
          </w:p>
        </w:tc>
        <w:tc>
          <w:tcPr>
            <w:tcW w:w="2832" w:type="dxa"/>
            <w:vAlign w:val="center"/>
            <w:hideMark/>
          </w:tcPr>
          <w:p w14:paraId="72DE345B" w14:textId="7E6D3A8B" w:rsidR="00BC12E2" w:rsidRPr="008E7C1C" w:rsidRDefault="00BC12E2" w:rsidP="00BC12E2">
            <w:pPr>
              <w:spacing w:after="0" w:line="240" w:lineRule="auto"/>
              <w:jc w:val="center"/>
              <w:rPr>
                <w:rFonts w:ascii="Times New Roman" w:eastAsia="Times New Roman" w:hAnsi="Times New Roman" w:cs="Times New Roman"/>
                <w:sz w:val="24"/>
                <w:szCs w:val="24"/>
                <w:lang w:val="ru-RU" w:eastAsia="ru-RU"/>
              </w:rPr>
            </w:pPr>
            <w:r w:rsidRPr="008E7C1C">
              <w:rPr>
                <w:rFonts w:ascii="Times New Roman" w:eastAsia="Times New Roman" w:hAnsi="Times New Roman" w:cs="Times New Roman"/>
                <w:sz w:val="24"/>
                <w:szCs w:val="24"/>
                <w:lang w:val="ru-RU" w:eastAsia="ru-RU"/>
              </w:rPr>
              <w:t>АО</w:t>
            </w:r>
          </w:p>
          <w:p w14:paraId="5F12120F" w14:textId="112B681F" w:rsidR="00A66394" w:rsidRPr="008E7C1C" w:rsidRDefault="00BC12E2" w:rsidP="00BC12E2">
            <w:pPr>
              <w:spacing w:after="0" w:line="240" w:lineRule="auto"/>
              <w:jc w:val="center"/>
              <w:rPr>
                <w:rFonts w:ascii="Times New Roman" w:eastAsia="Times New Roman" w:hAnsi="Times New Roman" w:cs="Times New Roman"/>
                <w:sz w:val="24"/>
                <w:szCs w:val="24"/>
                <w:lang w:val="ru-RU" w:eastAsia="ru-RU"/>
              </w:rPr>
            </w:pPr>
            <w:r w:rsidRPr="008E7C1C">
              <w:rPr>
                <w:rFonts w:ascii="Times New Roman" w:eastAsia="Times New Roman" w:hAnsi="Times New Roman" w:cs="Times New Roman"/>
                <w:sz w:val="24"/>
                <w:szCs w:val="24"/>
                <w:lang w:val="ru-RU" w:eastAsia="ru-RU"/>
              </w:rPr>
              <w:t>«А</w:t>
            </w:r>
            <w:r w:rsidR="008E7C1C" w:rsidRPr="008E7C1C">
              <w:rPr>
                <w:rFonts w:ascii="Times New Roman" w:eastAsia="Times New Roman" w:hAnsi="Times New Roman" w:cs="Times New Roman"/>
                <w:sz w:val="24"/>
                <w:szCs w:val="24"/>
                <w:lang w:val="ru-RU" w:eastAsia="ru-RU"/>
              </w:rPr>
              <w:t>эропорты</w:t>
            </w:r>
            <w:r w:rsidRPr="008E7C1C">
              <w:rPr>
                <w:rFonts w:ascii="Times New Roman" w:eastAsia="Times New Roman" w:hAnsi="Times New Roman" w:cs="Times New Roman"/>
                <w:sz w:val="24"/>
                <w:szCs w:val="24"/>
                <w:lang w:val="ru-RU" w:eastAsia="ru-RU"/>
              </w:rPr>
              <w:t xml:space="preserve"> </w:t>
            </w:r>
            <w:r w:rsidR="00A66394" w:rsidRPr="008E7C1C">
              <w:rPr>
                <w:rFonts w:ascii="Times New Roman" w:eastAsia="Times New Roman" w:hAnsi="Times New Roman" w:cs="Times New Roman"/>
                <w:sz w:val="24"/>
                <w:szCs w:val="24"/>
                <w:lang w:val="ru-RU" w:eastAsia="ru-RU"/>
              </w:rPr>
              <w:t>Я</w:t>
            </w:r>
            <w:r w:rsidR="008E7C1C" w:rsidRPr="008E7C1C">
              <w:rPr>
                <w:rFonts w:ascii="Times New Roman" w:eastAsia="Times New Roman" w:hAnsi="Times New Roman" w:cs="Times New Roman"/>
                <w:sz w:val="24"/>
                <w:szCs w:val="24"/>
                <w:lang w:val="ru-RU" w:eastAsia="ru-RU"/>
              </w:rPr>
              <w:t>мала</w:t>
            </w:r>
            <w:r w:rsidR="00A66394" w:rsidRPr="008E7C1C">
              <w:rPr>
                <w:rFonts w:ascii="Times New Roman" w:eastAsia="Times New Roman" w:hAnsi="Times New Roman" w:cs="Times New Roman"/>
                <w:sz w:val="24"/>
                <w:szCs w:val="24"/>
                <w:lang w:val="ru-RU" w:eastAsia="ru-RU"/>
              </w:rPr>
              <w:t>»</w:t>
            </w:r>
          </w:p>
        </w:tc>
        <w:tc>
          <w:tcPr>
            <w:tcW w:w="1024" w:type="dxa"/>
            <w:vAlign w:val="center"/>
            <w:hideMark/>
          </w:tcPr>
          <w:p w14:paraId="534BC41B" w14:textId="77777777" w:rsidR="00A66394" w:rsidRPr="008E7C1C" w:rsidRDefault="00A66394" w:rsidP="005F043D">
            <w:pPr>
              <w:spacing w:after="0" w:line="240" w:lineRule="auto"/>
              <w:ind w:firstLine="720"/>
              <w:jc w:val="both"/>
              <w:rPr>
                <w:rFonts w:ascii="Times New Roman" w:eastAsia="Times New Roman" w:hAnsi="Times New Roman" w:cs="Times New Roman"/>
                <w:sz w:val="24"/>
                <w:szCs w:val="24"/>
                <w:lang w:val="ru-RU" w:eastAsia="ru-RU"/>
              </w:rPr>
            </w:pPr>
          </w:p>
        </w:tc>
        <w:tc>
          <w:tcPr>
            <w:tcW w:w="1604" w:type="dxa"/>
            <w:vAlign w:val="center"/>
            <w:hideMark/>
          </w:tcPr>
          <w:p w14:paraId="1CAF26EA" w14:textId="77777777" w:rsidR="00A66394" w:rsidRPr="008E7C1C" w:rsidRDefault="00A66394" w:rsidP="005F043D">
            <w:pPr>
              <w:spacing w:after="0" w:line="240" w:lineRule="auto"/>
              <w:ind w:firstLine="720"/>
              <w:jc w:val="both"/>
              <w:rPr>
                <w:rFonts w:ascii="Times New Roman" w:eastAsia="Times New Roman" w:hAnsi="Times New Roman" w:cs="Times New Roman"/>
                <w:sz w:val="24"/>
                <w:szCs w:val="24"/>
                <w:lang w:val="ru-RU" w:eastAsia="ru-RU"/>
              </w:rPr>
            </w:pPr>
          </w:p>
        </w:tc>
        <w:tc>
          <w:tcPr>
            <w:tcW w:w="1251" w:type="dxa"/>
            <w:vAlign w:val="center"/>
            <w:hideMark/>
          </w:tcPr>
          <w:p w14:paraId="06749017" w14:textId="77777777" w:rsidR="00A66394" w:rsidRPr="008E7C1C" w:rsidRDefault="00A66394" w:rsidP="005F043D">
            <w:pPr>
              <w:spacing w:after="0" w:line="240" w:lineRule="auto"/>
              <w:ind w:firstLine="720"/>
              <w:jc w:val="both"/>
              <w:rPr>
                <w:rFonts w:ascii="Times New Roman" w:eastAsia="Times New Roman" w:hAnsi="Times New Roman" w:cs="Times New Roman"/>
                <w:sz w:val="24"/>
                <w:szCs w:val="24"/>
                <w:lang w:val="ru-RU" w:eastAsia="ru-RU"/>
              </w:rPr>
            </w:pPr>
          </w:p>
        </w:tc>
        <w:tc>
          <w:tcPr>
            <w:tcW w:w="978" w:type="dxa"/>
            <w:vAlign w:val="center"/>
            <w:hideMark/>
          </w:tcPr>
          <w:p w14:paraId="40C874DB" w14:textId="77777777" w:rsidR="00A66394" w:rsidRPr="008E7C1C" w:rsidRDefault="00A66394" w:rsidP="005F043D">
            <w:pPr>
              <w:spacing w:after="0" w:line="240" w:lineRule="auto"/>
              <w:ind w:firstLine="720"/>
              <w:jc w:val="both"/>
              <w:rPr>
                <w:rFonts w:ascii="Times New Roman" w:eastAsia="Times New Roman" w:hAnsi="Times New Roman" w:cs="Times New Roman"/>
                <w:sz w:val="24"/>
                <w:szCs w:val="24"/>
                <w:lang w:val="ru-RU" w:eastAsia="ru-RU"/>
              </w:rPr>
            </w:pPr>
          </w:p>
        </w:tc>
        <w:tc>
          <w:tcPr>
            <w:tcW w:w="1498" w:type="dxa"/>
            <w:vAlign w:val="center"/>
            <w:hideMark/>
          </w:tcPr>
          <w:p w14:paraId="6537DFBB" w14:textId="77777777" w:rsidR="00A66394" w:rsidRPr="008E7C1C" w:rsidRDefault="00A66394" w:rsidP="005F043D">
            <w:pPr>
              <w:spacing w:after="0" w:line="240" w:lineRule="auto"/>
              <w:ind w:firstLine="720"/>
              <w:jc w:val="both"/>
              <w:rPr>
                <w:rFonts w:ascii="Times New Roman" w:eastAsia="Times New Roman" w:hAnsi="Times New Roman" w:cs="Times New Roman"/>
                <w:sz w:val="24"/>
                <w:szCs w:val="24"/>
                <w:lang w:val="ru-RU" w:eastAsia="ru-RU"/>
              </w:rPr>
            </w:pPr>
          </w:p>
        </w:tc>
      </w:tr>
    </w:tbl>
    <w:p w14:paraId="25D4DE20" w14:textId="77777777" w:rsidR="00A66394" w:rsidRPr="008E7C1C" w:rsidRDefault="00A66394" w:rsidP="005F043D">
      <w:pPr>
        <w:spacing w:after="0" w:line="240" w:lineRule="auto"/>
        <w:ind w:firstLine="720"/>
        <w:jc w:val="both"/>
        <w:rPr>
          <w:rFonts w:ascii="Times New Roman" w:eastAsia="Times New Roman" w:hAnsi="Times New Roman" w:cs="Times New Roman"/>
          <w:sz w:val="24"/>
          <w:szCs w:val="24"/>
          <w:lang w:val="ru-RU" w:eastAsia="ru-RU"/>
        </w:rPr>
      </w:pPr>
      <w:r w:rsidRPr="008E7C1C">
        <w:rPr>
          <w:rFonts w:ascii="Times New Roman" w:eastAsia="Times New Roman" w:hAnsi="Times New Roman" w:cs="Times New Roman"/>
          <w:b/>
          <w:bCs/>
          <w:sz w:val="24"/>
          <w:szCs w:val="24"/>
          <w:lang w:val="ru-RU" w:eastAsia="ru-RU"/>
        </w:rPr>
        <w:t>Всего к оплате:</w:t>
      </w:r>
      <w:r w:rsidRPr="008E7C1C">
        <w:rPr>
          <w:rFonts w:ascii="Times New Roman" w:eastAsia="Times New Roman" w:hAnsi="Times New Roman" w:cs="Times New Roman"/>
          <w:sz w:val="24"/>
          <w:szCs w:val="24"/>
          <w:lang w:val="ru-RU" w:eastAsia="ru-RU"/>
        </w:rPr>
        <w:t xml:space="preserve"> ________________________________________ руб. ____ коп. без НДС.</w:t>
      </w:r>
    </w:p>
    <w:p w14:paraId="725A44CB" w14:textId="77777777" w:rsidR="00A66394" w:rsidRPr="008E7C1C" w:rsidRDefault="00A66394" w:rsidP="005F043D">
      <w:pPr>
        <w:spacing w:after="0" w:line="240" w:lineRule="auto"/>
        <w:ind w:firstLine="720"/>
        <w:jc w:val="both"/>
        <w:rPr>
          <w:rFonts w:ascii="Times New Roman" w:eastAsia="Times New Roman" w:hAnsi="Times New Roman" w:cs="Times New Roman"/>
          <w:sz w:val="24"/>
          <w:szCs w:val="24"/>
          <w:lang w:val="ru-RU" w:eastAsia="ru-RU"/>
        </w:rPr>
      </w:pPr>
      <w:r w:rsidRPr="008E7C1C">
        <w:rPr>
          <w:rFonts w:ascii="Times New Roman" w:eastAsia="Times New Roman" w:hAnsi="Times New Roman" w:cs="Times New Roman"/>
          <w:iCs/>
          <w:sz w:val="24"/>
          <w:szCs w:val="24"/>
          <w:lang w:val="ru-RU" w:eastAsia="ru-RU"/>
        </w:rPr>
        <w:t>Форма согласована и утверждена Сторонами:</w:t>
      </w:r>
    </w:p>
    <w:p w14:paraId="6BEA2A9E" w14:textId="5B2841BA" w:rsidR="00C565BC" w:rsidRPr="008E7C1C" w:rsidRDefault="00C565BC" w:rsidP="005F043D">
      <w:pPr>
        <w:spacing w:after="0" w:line="240" w:lineRule="auto"/>
        <w:ind w:firstLine="720"/>
        <w:jc w:val="both"/>
        <w:rPr>
          <w:rFonts w:ascii="Times New Roman" w:eastAsia="Times New Roman" w:hAnsi="Times New Roman" w:cs="Times New Roman"/>
          <w:b/>
          <w:bCs/>
          <w:sz w:val="24"/>
          <w:szCs w:val="24"/>
          <w:lang w:val="ru-RU" w:eastAsia="ru-RU"/>
        </w:rPr>
      </w:pPr>
    </w:p>
    <w:p w14:paraId="326E762E" w14:textId="52B894FB" w:rsidR="00BC12E2" w:rsidRPr="008E7C1C" w:rsidRDefault="00BC12E2" w:rsidP="005F043D">
      <w:pPr>
        <w:spacing w:after="0" w:line="240" w:lineRule="auto"/>
        <w:ind w:firstLine="720"/>
        <w:jc w:val="both"/>
        <w:rPr>
          <w:rFonts w:ascii="Times New Roman" w:eastAsia="Times New Roman" w:hAnsi="Times New Roman" w:cs="Times New Roman"/>
          <w:b/>
          <w:bCs/>
          <w:sz w:val="24"/>
          <w:szCs w:val="24"/>
          <w:lang w:val="ru-RU" w:eastAsia="ru-RU"/>
        </w:rPr>
      </w:pPr>
    </w:p>
    <w:p w14:paraId="0E384BF6" w14:textId="20C6C9A0" w:rsidR="00BC12E2" w:rsidRPr="008E7C1C" w:rsidRDefault="00BC12E2" w:rsidP="005F043D">
      <w:pPr>
        <w:spacing w:after="0" w:line="240" w:lineRule="auto"/>
        <w:ind w:firstLine="720"/>
        <w:jc w:val="both"/>
        <w:rPr>
          <w:rFonts w:ascii="Times New Roman" w:eastAsia="Times New Roman" w:hAnsi="Times New Roman" w:cs="Times New Roman"/>
          <w:b/>
          <w:bCs/>
          <w:sz w:val="24"/>
          <w:szCs w:val="24"/>
          <w:lang w:val="ru-RU" w:eastAsia="ru-RU"/>
        </w:rPr>
      </w:pPr>
    </w:p>
    <w:tbl>
      <w:tblPr>
        <w:tblW w:w="9923" w:type="dxa"/>
        <w:jc w:val="center"/>
        <w:tblLook w:val="04A0" w:firstRow="1" w:lastRow="0" w:firstColumn="1" w:lastColumn="0" w:noHBand="0" w:noVBand="1"/>
      </w:tblPr>
      <w:tblGrid>
        <w:gridCol w:w="5387"/>
        <w:gridCol w:w="4536"/>
      </w:tblGrid>
      <w:tr w:rsidR="00BC12E2" w:rsidRPr="008E7C1C" w14:paraId="2593F7F7" w14:textId="77777777" w:rsidTr="00286558">
        <w:trPr>
          <w:trHeight w:val="1330"/>
          <w:jc w:val="center"/>
        </w:trPr>
        <w:tc>
          <w:tcPr>
            <w:tcW w:w="5387" w:type="dxa"/>
            <w:shd w:val="clear" w:color="auto" w:fill="auto"/>
          </w:tcPr>
          <w:p w14:paraId="62B3E08A" w14:textId="77777777" w:rsidR="00BC12E2" w:rsidRPr="008E7C1C" w:rsidRDefault="00BC12E2" w:rsidP="00286558">
            <w:pPr>
              <w:widowControl w:val="0"/>
              <w:autoSpaceDE w:val="0"/>
              <w:autoSpaceDN w:val="0"/>
              <w:adjustRightInd w:val="0"/>
              <w:spacing w:after="0" w:line="240" w:lineRule="auto"/>
              <w:contextualSpacing/>
              <w:rPr>
                <w:rFonts w:ascii="Times New Roman" w:hAnsi="Times New Roman" w:cs="Times New Roman"/>
                <w:b/>
                <w:color w:val="000000"/>
                <w:sz w:val="24"/>
                <w:szCs w:val="24"/>
                <w:lang w:val="ru-RU"/>
              </w:rPr>
            </w:pPr>
            <w:r w:rsidRPr="008E7C1C">
              <w:rPr>
                <w:rFonts w:ascii="Times New Roman" w:hAnsi="Times New Roman" w:cs="Times New Roman"/>
                <w:b/>
                <w:color w:val="000000"/>
                <w:sz w:val="24"/>
                <w:szCs w:val="24"/>
                <w:lang w:val="ru-RU"/>
              </w:rPr>
              <w:t>Заказчик</w:t>
            </w:r>
          </w:p>
          <w:p w14:paraId="2411F0EF" w14:textId="77777777" w:rsidR="008E7C1C" w:rsidRDefault="00BC12E2" w:rsidP="00286558">
            <w:pPr>
              <w:widowControl w:val="0"/>
              <w:autoSpaceDE w:val="0"/>
              <w:autoSpaceDN w:val="0"/>
              <w:adjustRightInd w:val="0"/>
              <w:spacing w:after="0" w:line="240" w:lineRule="auto"/>
              <w:contextualSpacing/>
              <w:jc w:val="both"/>
              <w:rPr>
                <w:rFonts w:ascii="Times New Roman" w:hAnsi="Times New Roman" w:cs="Times New Roman"/>
                <w:color w:val="000000"/>
                <w:sz w:val="24"/>
                <w:szCs w:val="24"/>
                <w:lang w:val="ru-RU"/>
              </w:rPr>
            </w:pPr>
            <w:r w:rsidRPr="008E7C1C">
              <w:rPr>
                <w:rFonts w:ascii="Times New Roman" w:hAnsi="Times New Roman" w:cs="Times New Roman"/>
                <w:color w:val="000000"/>
                <w:sz w:val="24"/>
                <w:szCs w:val="24"/>
                <w:lang w:val="ru-RU"/>
              </w:rPr>
              <w:t>Врио генерального директора</w:t>
            </w:r>
          </w:p>
          <w:p w14:paraId="29BA09FE" w14:textId="35E63197" w:rsidR="00BC12E2" w:rsidRPr="008E7C1C" w:rsidRDefault="008E7C1C" w:rsidP="00286558">
            <w:pPr>
              <w:widowControl w:val="0"/>
              <w:autoSpaceDE w:val="0"/>
              <w:autoSpaceDN w:val="0"/>
              <w:adjustRightInd w:val="0"/>
              <w:spacing w:after="0" w:line="240" w:lineRule="auto"/>
              <w:contextualSpacing/>
              <w:jc w:val="both"/>
              <w:rPr>
                <w:rFonts w:ascii="Times New Roman" w:hAnsi="Times New Roman" w:cs="Times New Roman"/>
                <w:color w:val="000000"/>
                <w:sz w:val="24"/>
                <w:szCs w:val="24"/>
                <w:lang w:val="ru-RU"/>
              </w:rPr>
            </w:pPr>
            <w:r>
              <w:rPr>
                <w:rFonts w:ascii="Times New Roman" w:hAnsi="Times New Roman" w:cs="Times New Roman"/>
                <w:color w:val="000000"/>
                <w:sz w:val="24"/>
                <w:szCs w:val="24"/>
                <w:lang w:val="ru-RU"/>
              </w:rPr>
              <w:t>АО «Аэропорты Ямала»</w:t>
            </w:r>
            <w:r w:rsidR="00BC12E2" w:rsidRPr="008E7C1C">
              <w:rPr>
                <w:rFonts w:ascii="Times New Roman" w:hAnsi="Times New Roman" w:cs="Times New Roman"/>
                <w:color w:val="000000"/>
                <w:sz w:val="24"/>
                <w:szCs w:val="24"/>
                <w:lang w:val="ru-RU"/>
              </w:rPr>
              <w:t xml:space="preserve"> </w:t>
            </w:r>
          </w:p>
          <w:p w14:paraId="611E126A" w14:textId="77777777" w:rsidR="00BC12E2" w:rsidRPr="008E7C1C" w:rsidRDefault="00BC12E2" w:rsidP="00286558">
            <w:pPr>
              <w:widowControl w:val="0"/>
              <w:autoSpaceDE w:val="0"/>
              <w:autoSpaceDN w:val="0"/>
              <w:adjustRightInd w:val="0"/>
              <w:spacing w:after="0" w:line="240" w:lineRule="auto"/>
              <w:contextualSpacing/>
              <w:jc w:val="both"/>
              <w:rPr>
                <w:rFonts w:ascii="Times New Roman" w:hAnsi="Times New Roman" w:cs="Times New Roman"/>
                <w:color w:val="000000"/>
                <w:sz w:val="24"/>
                <w:szCs w:val="24"/>
                <w:lang w:val="ru-RU"/>
              </w:rPr>
            </w:pPr>
          </w:p>
          <w:p w14:paraId="59B54EBD" w14:textId="77777777" w:rsidR="00BC12E2" w:rsidRPr="008E7C1C" w:rsidRDefault="00BC12E2" w:rsidP="00286558">
            <w:pPr>
              <w:widowControl w:val="0"/>
              <w:autoSpaceDE w:val="0"/>
              <w:autoSpaceDN w:val="0"/>
              <w:adjustRightInd w:val="0"/>
              <w:spacing w:after="0" w:line="240" w:lineRule="auto"/>
              <w:jc w:val="both"/>
              <w:rPr>
                <w:rFonts w:ascii="Times New Roman" w:hAnsi="Times New Roman" w:cs="Times New Roman"/>
                <w:sz w:val="24"/>
                <w:szCs w:val="24"/>
                <w:lang w:val="ru-RU"/>
              </w:rPr>
            </w:pPr>
          </w:p>
          <w:p w14:paraId="1B9A8786" w14:textId="77777777" w:rsidR="00BC12E2" w:rsidRPr="008E7C1C" w:rsidRDefault="00BC12E2" w:rsidP="00286558">
            <w:pPr>
              <w:widowControl w:val="0"/>
              <w:autoSpaceDE w:val="0"/>
              <w:autoSpaceDN w:val="0"/>
              <w:adjustRightInd w:val="0"/>
              <w:spacing w:after="0" w:line="240" w:lineRule="auto"/>
              <w:jc w:val="both"/>
              <w:rPr>
                <w:rFonts w:ascii="Times New Roman" w:hAnsi="Times New Roman" w:cs="Times New Roman"/>
                <w:sz w:val="24"/>
                <w:szCs w:val="24"/>
                <w:lang w:val="ru-RU"/>
              </w:rPr>
            </w:pPr>
            <w:r w:rsidRPr="008E7C1C">
              <w:rPr>
                <w:rFonts w:ascii="Times New Roman" w:hAnsi="Times New Roman" w:cs="Times New Roman"/>
                <w:sz w:val="24"/>
                <w:szCs w:val="24"/>
                <w:lang w:val="ru-RU"/>
              </w:rPr>
              <w:t>__________________/</w:t>
            </w:r>
            <w:r w:rsidRPr="008E7C1C">
              <w:rPr>
                <w:rFonts w:ascii="Times New Roman" w:hAnsi="Times New Roman" w:cs="Times New Roman"/>
                <w:color w:val="000000"/>
                <w:sz w:val="24"/>
                <w:szCs w:val="24"/>
                <w:lang w:val="ru-RU"/>
              </w:rPr>
              <w:t xml:space="preserve"> А.П. Шабашов</w:t>
            </w:r>
            <w:r w:rsidRPr="008E7C1C">
              <w:rPr>
                <w:rFonts w:ascii="Times New Roman" w:hAnsi="Times New Roman" w:cs="Times New Roman"/>
                <w:sz w:val="24"/>
                <w:szCs w:val="24"/>
                <w:lang w:val="ru-RU"/>
              </w:rPr>
              <w:t xml:space="preserve"> /</w:t>
            </w:r>
          </w:p>
          <w:p w14:paraId="124DD183" w14:textId="77777777" w:rsidR="00BC12E2" w:rsidRPr="008E7C1C" w:rsidRDefault="00BC12E2" w:rsidP="00286558">
            <w:pPr>
              <w:widowControl w:val="0"/>
              <w:autoSpaceDE w:val="0"/>
              <w:autoSpaceDN w:val="0"/>
              <w:adjustRightInd w:val="0"/>
              <w:spacing w:after="0" w:line="240" w:lineRule="auto"/>
              <w:jc w:val="both"/>
              <w:rPr>
                <w:rFonts w:ascii="Times New Roman" w:hAnsi="Times New Roman" w:cs="Times New Roman"/>
                <w:sz w:val="24"/>
                <w:szCs w:val="24"/>
                <w:lang w:val="ru-RU"/>
              </w:rPr>
            </w:pPr>
            <w:r w:rsidRPr="008E7C1C">
              <w:rPr>
                <w:rFonts w:ascii="Times New Roman" w:hAnsi="Times New Roman" w:cs="Times New Roman"/>
                <w:sz w:val="24"/>
                <w:szCs w:val="24"/>
                <w:lang w:val="ru-RU"/>
              </w:rPr>
              <w:t>(</w:t>
            </w:r>
            <w:proofErr w:type="spellStart"/>
            <w:r w:rsidRPr="008E7C1C">
              <w:rPr>
                <w:rFonts w:ascii="Times New Roman" w:hAnsi="Times New Roman" w:cs="Times New Roman"/>
                <w:sz w:val="24"/>
                <w:szCs w:val="24"/>
                <w:lang w:val="ru-RU"/>
              </w:rPr>
              <w:t>м.п</w:t>
            </w:r>
            <w:proofErr w:type="spellEnd"/>
            <w:r w:rsidRPr="008E7C1C">
              <w:rPr>
                <w:rFonts w:ascii="Times New Roman" w:hAnsi="Times New Roman" w:cs="Times New Roman"/>
                <w:sz w:val="24"/>
                <w:szCs w:val="24"/>
                <w:lang w:val="ru-RU"/>
              </w:rPr>
              <w:t>.)</w:t>
            </w:r>
          </w:p>
        </w:tc>
        <w:tc>
          <w:tcPr>
            <w:tcW w:w="4536" w:type="dxa"/>
            <w:shd w:val="clear" w:color="auto" w:fill="auto"/>
          </w:tcPr>
          <w:p w14:paraId="4E6B3A0C" w14:textId="77777777" w:rsidR="00BC12E2" w:rsidRPr="008E7C1C" w:rsidRDefault="00BC12E2" w:rsidP="00286558">
            <w:pPr>
              <w:widowControl w:val="0"/>
              <w:autoSpaceDE w:val="0"/>
              <w:autoSpaceDN w:val="0"/>
              <w:adjustRightInd w:val="0"/>
              <w:spacing w:after="0" w:line="240" w:lineRule="auto"/>
              <w:contextualSpacing/>
              <w:jc w:val="both"/>
              <w:rPr>
                <w:rFonts w:ascii="Times New Roman" w:hAnsi="Times New Roman" w:cs="Times New Roman"/>
                <w:b/>
                <w:color w:val="000000"/>
                <w:sz w:val="24"/>
                <w:szCs w:val="24"/>
                <w:lang w:val="ru-RU"/>
              </w:rPr>
            </w:pPr>
            <w:r w:rsidRPr="008E7C1C">
              <w:rPr>
                <w:rFonts w:ascii="Times New Roman" w:hAnsi="Times New Roman" w:cs="Times New Roman"/>
                <w:b/>
                <w:color w:val="000000"/>
                <w:sz w:val="24"/>
                <w:szCs w:val="24"/>
                <w:lang w:val="ru-RU"/>
              </w:rPr>
              <w:t>Исполнитель</w:t>
            </w:r>
          </w:p>
          <w:p w14:paraId="029EC5B1" w14:textId="77777777" w:rsidR="00BC12E2" w:rsidRPr="008E7C1C" w:rsidRDefault="00BC12E2" w:rsidP="00286558">
            <w:pPr>
              <w:widowControl w:val="0"/>
              <w:autoSpaceDE w:val="0"/>
              <w:autoSpaceDN w:val="0"/>
              <w:adjustRightInd w:val="0"/>
              <w:spacing w:after="0" w:line="240" w:lineRule="auto"/>
              <w:jc w:val="both"/>
              <w:rPr>
                <w:rFonts w:ascii="Times New Roman" w:hAnsi="Times New Roman" w:cs="Times New Roman"/>
                <w:sz w:val="24"/>
                <w:szCs w:val="24"/>
                <w:lang w:val="ru-RU"/>
              </w:rPr>
            </w:pPr>
            <w:r w:rsidRPr="008E7C1C">
              <w:rPr>
                <w:rFonts w:ascii="Times New Roman" w:hAnsi="Times New Roman" w:cs="Times New Roman"/>
                <w:sz w:val="24"/>
                <w:szCs w:val="24"/>
                <w:lang w:val="ru-RU"/>
              </w:rPr>
              <w:t xml:space="preserve"> </w:t>
            </w:r>
          </w:p>
          <w:p w14:paraId="2012B6EC" w14:textId="77777777" w:rsidR="00BC12E2" w:rsidRPr="008E7C1C" w:rsidRDefault="00BC12E2" w:rsidP="00286558">
            <w:pPr>
              <w:widowControl w:val="0"/>
              <w:autoSpaceDE w:val="0"/>
              <w:autoSpaceDN w:val="0"/>
              <w:adjustRightInd w:val="0"/>
              <w:spacing w:after="0" w:line="240" w:lineRule="auto"/>
              <w:jc w:val="both"/>
              <w:rPr>
                <w:rFonts w:ascii="Times New Roman" w:hAnsi="Times New Roman" w:cs="Times New Roman"/>
                <w:sz w:val="24"/>
                <w:szCs w:val="24"/>
                <w:lang w:val="ru-RU"/>
              </w:rPr>
            </w:pPr>
          </w:p>
          <w:p w14:paraId="0900483E" w14:textId="77777777" w:rsidR="00BC12E2" w:rsidRPr="008E7C1C" w:rsidRDefault="00BC12E2" w:rsidP="00286558">
            <w:pPr>
              <w:widowControl w:val="0"/>
              <w:autoSpaceDE w:val="0"/>
              <w:autoSpaceDN w:val="0"/>
              <w:adjustRightInd w:val="0"/>
              <w:spacing w:after="0" w:line="240" w:lineRule="auto"/>
              <w:jc w:val="both"/>
              <w:rPr>
                <w:rFonts w:ascii="Times New Roman" w:hAnsi="Times New Roman" w:cs="Times New Roman"/>
                <w:sz w:val="24"/>
                <w:szCs w:val="24"/>
                <w:lang w:val="ru-RU"/>
              </w:rPr>
            </w:pPr>
          </w:p>
          <w:p w14:paraId="6AE02818" w14:textId="77777777" w:rsidR="00BC12E2" w:rsidRPr="008E7C1C" w:rsidRDefault="00BC12E2" w:rsidP="00286558">
            <w:pPr>
              <w:tabs>
                <w:tab w:val="left" w:pos="2250"/>
              </w:tabs>
              <w:spacing w:after="0" w:line="240" w:lineRule="auto"/>
              <w:jc w:val="both"/>
              <w:rPr>
                <w:rFonts w:ascii="Times New Roman" w:hAnsi="Times New Roman" w:cs="Times New Roman"/>
                <w:sz w:val="24"/>
                <w:szCs w:val="24"/>
                <w:lang w:val="ru-RU"/>
              </w:rPr>
            </w:pPr>
            <w:r w:rsidRPr="008E7C1C">
              <w:rPr>
                <w:rFonts w:ascii="Times New Roman" w:hAnsi="Times New Roman" w:cs="Times New Roman"/>
                <w:sz w:val="24"/>
                <w:szCs w:val="24"/>
                <w:lang w:val="ru-RU"/>
              </w:rPr>
              <w:t>___________________/</w:t>
            </w:r>
            <w:r w:rsidRPr="008E7C1C">
              <w:rPr>
                <w:rFonts w:ascii="Times New Roman" w:hAnsi="Times New Roman" w:cs="Times New Roman"/>
                <w:color w:val="000000"/>
                <w:sz w:val="24"/>
                <w:szCs w:val="24"/>
                <w:lang w:val="ru-RU"/>
              </w:rPr>
              <w:t xml:space="preserve"> _____________</w:t>
            </w:r>
            <w:r w:rsidRPr="008E7C1C">
              <w:rPr>
                <w:rFonts w:ascii="Times New Roman" w:hAnsi="Times New Roman" w:cs="Times New Roman"/>
                <w:sz w:val="24"/>
                <w:szCs w:val="24"/>
                <w:lang w:val="ru-RU"/>
              </w:rPr>
              <w:t xml:space="preserve"> /</w:t>
            </w:r>
          </w:p>
          <w:p w14:paraId="346F1C0D" w14:textId="77777777" w:rsidR="00BC12E2" w:rsidRPr="008E7C1C" w:rsidRDefault="00BC12E2" w:rsidP="00286558">
            <w:pPr>
              <w:tabs>
                <w:tab w:val="left" w:pos="2250"/>
              </w:tabs>
              <w:spacing w:after="0" w:line="240" w:lineRule="auto"/>
              <w:jc w:val="both"/>
              <w:rPr>
                <w:rFonts w:ascii="Times New Roman" w:hAnsi="Times New Roman" w:cs="Times New Roman"/>
                <w:sz w:val="24"/>
                <w:szCs w:val="24"/>
              </w:rPr>
            </w:pPr>
            <w:r w:rsidRPr="008E7C1C">
              <w:rPr>
                <w:rFonts w:ascii="Times New Roman" w:hAnsi="Times New Roman" w:cs="Times New Roman"/>
                <w:sz w:val="24"/>
                <w:szCs w:val="24"/>
                <w:lang w:val="ru-RU"/>
              </w:rPr>
              <w:t xml:space="preserve">   </w:t>
            </w:r>
            <w:r w:rsidRPr="008E7C1C">
              <w:rPr>
                <w:rFonts w:ascii="Times New Roman" w:hAnsi="Times New Roman" w:cs="Times New Roman"/>
                <w:sz w:val="24"/>
                <w:szCs w:val="24"/>
              </w:rPr>
              <w:t>(</w:t>
            </w:r>
            <w:proofErr w:type="spellStart"/>
            <w:r w:rsidRPr="008E7C1C">
              <w:rPr>
                <w:rFonts w:ascii="Times New Roman" w:hAnsi="Times New Roman" w:cs="Times New Roman"/>
                <w:sz w:val="24"/>
                <w:szCs w:val="24"/>
              </w:rPr>
              <w:t>м.п</w:t>
            </w:r>
            <w:proofErr w:type="spellEnd"/>
            <w:r w:rsidRPr="008E7C1C">
              <w:rPr>
                <w:rFonts w:ascii="Times New Roman" w:hAnsi="Times New Roman" w:cs="Times New Roman"/>
                <w:sz w:val="24"/>
                <w:szCs w:val="24"/>
              </w:rPr>
              <w:t>.)</w:t>
            </w:r>
          </w:p>
        </w:tc>
      </w:tr>
    </w:tbl>
    <w:p w14:paraId="0531CDE1" w14:textId="77777777" w:rsidR="00BC12E2" w:rsidRPr="008E7C1C" w:rsidRDefault="00BC12E2" w:rsidP="005F043D">
      <w:pPr>
        <w:spacing w:after="0" w:line="240" w:lineRule="auto"/>
        <w:ind w:firstLine="720"/>
        <w:jc w:val="both"/>
        <w:rPr>
          <w:rFonts w:ascii="Times New Roman" w:hAnsi="Times New Roman" w:cs="Times New Roman"/>
          <w:sz w:val="24"/>
          <w:szCs w:val="24"/>
          <w:lang w:val="ru-RU"/>
        </w:rPr>
      </w:pPr>
    </w:p>
    <w:sectPr w:rsidR="00BC12E2" w:rsidRPr="008E7C1C" w:rsidSect="005F043D">
      <w:pgSz w:w="12240" w:h="15840"/>
      <w:pgMar w:top="851" w:right="616" w:bottom="1138" w:left="709"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CC"/>
    <w:family w:val="swiss"/>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Liberation Sans">
    <w:panose1 w:val="00000000000000000000"/>
    <w:charset w:val="00"/>
    <w:family w:val="roman"/>
    <w:notTrueType/>
    <w:pitch w:val="default"/>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47730"/>
    <w:rsid w:val="00034616"/>
    <w:rsid w:val="0006063C"/>
    <w:rsid w:val="0015074B"/>
    <w:rsid w:val="0029639D"/>
    <w:rsid w:val="00326F90"/>
    <w:rsid w:val="004B626C"/>
    <w:rsid w:val="004E7161"/>
    <w:rsid w:val="005F043D"/>
    <w:rsid w:val="006A7718"/>
    <w:rsid w:val="008116F2"/>
    <w:rsid w:val="008E7C1C"/>
    <w:rsid w:val="00A66394"/>
    <w:rsid w:val="00AA1D8D"/>
    <w:rsid w:val="00B47730"/>
    <w:rsid w:val="00B75C53"/>
    <w:rsid w:val="00B95809"/>
    <w:rsid w:val="00BC12E2"/>
    <w:rsid w:val="00C565BC"/>
    <w:rsid w:val="00CB0664"/>
    <w:rsid w:val="00CB39D0"/>
    <w:rsid w:val="00F20488"/>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FF3132C"/>
  <w14:defaultImageDpi w14:val="300"/>
  <w15:docId w15:val="{C1C8BA93-AF23-4B23-89BF-9DA2DEF248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1">
    <w:name w:val="Normal"/>
    <w:qFormat/>
    <w:rsid w:val="00FC693F"/>
    <w:rPr>
      <w:rFonts w:ascii="Arial" w:hAnsi="Arial"/>
    </w:rPr>
  </w:style>
  <w:style w:type="paragraph" w:styleId="1">
    <w:name w:val="heading 1"/>
    <w:basedOn w:val="a1"/>
    <w:next w:val="a1"/>
    <w:link w:val="10"/>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2"/>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2"/>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0"/>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0"/>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0"/>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0"/>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0"/>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0"/>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a6"/>
    <w:uiPriority w:val="99"/>
    <w:unhideWhenUsed/>
    <w:rsid w:val="00E618BF"/>
    <w:pPr>
      <w:tabs>
        <w:tab w:val="center" w:pos="4680"/>
        <w:tab w:val="right" w:pos="9360"/>
      </w:tabs>
      <w:spacing w:after="0" w:line="240" w:lineRule="auto"/>
    </w:pPr>
  </w:style>
  <w:style w:type="character" w:customStyle="1" w:styleId="a6">
    <w:name w:val="Верхний колонтитул Знак"/>
    <w:basedOn w:val="a2"/>
    <w:link w:val="a5"/>
    <w:uiPriority w:val="99"/>
    <w:rsid w:val="00E618BF"/>
  </w:style>
  <w:style w:type="paragraph" w:styleId="a7">
    <w:name w:val="footer"/>
    <w:basedOn w:val="a1"/>
    <w:link w:val="a8"/>
    <w:uiPriority w:val="99"/>
    <w:unhideWhenUsed/>
    <w:rsid w:val="00E618BF"/>
    <w:pPr>
      <w:tabs>
        <w:tab w:val="center" w:pos="4680"/>
        <w:tab w:val="right" w:pos="9360"/>
      </w:tabs>
      <w:spacing w:after="0" w:line="240" w:lineRule="auto"/>
    </w:pPr>
  </w:style>
  <w:style w:type="character" w:customStyle="1" w:styleId="a8">
    <w:name w:val="Нижний колонтитул Знак"/>
    <w:basedOn w:val="a2"/>
    <w:link w:val="a7"/>
    <w:uiPriority w:val="99"/>
    <w:rsid w:val="00E618BF"/>
  </w:style>
  <w:style w:type="paragraph" w:styleId="a9">
    <w:name w:val="No Spacing"/>
    <w:uiPriority w:val="1"/>
    <w:qFormat/>
    <w:rsid w:val="00FC693F"/>
    <w:pPr>
      <w:spacing w:after="0" w:line="240" w:lineRule="auto"/>
    </w:pPr>
  </w:style>
  <w:style w:type="character" w:customStyle="1" w:styleId="10">
    <w:name w:val="Заголовок 1 Знак"/>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2">
    <w:name w:val="Заголовок 2 Знак"/>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2">
    <w:name w:val="Заголовок 3 Знак"/>
    <w:basedOn w:val="a2"/>
    <w:link w:val="31"/>
    <w:uiPriority w:val="9"/>
    <w:rsid w:val="00FC693F"/>
    <w:rPr>
      <w:rFonts w:asciiTheme="majorHAnsi" w:eastAsiaTheme="majorEastAsia" w:hAnsiTheme="majorHAnsi" w:cstheme="majorBidi"/>
      <w:b/>
      <w:bCs/>
      <w:color w:val="4F81BD" w:themeColor="accent1"/>
    </w:rPr>
  </w:style>
  <w:style w:type="paragraph" w:styleId="aa">
    <w:name w:val="Title"/>
    <w:basedOn w:val="a1"/>
    <w:next w:val="a1"/>
    <w:link w:val="ab"/>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ab">
    <w:name w:val="Заголовок Знак"/>
    <w:basedOn w:val="a2"/>
    <w:link w:val="aa"/>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c">
    <w:name w:val="Subtitle"/>
    <w:basedOn w:val="a1"/>
    <w:next w:val="a1"/>
    <w:link w:val="ad"/>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ad">
    <w:name w:val="Подзаголовок Знак"/>
    <w:basedOn w:val="a2"/>
    <w:link w:val="ac"/>
    <w:uiPriority w:val="11"/>
    <w:rsid w:val="00FC693F"/>
    <w:rPr>
      <w:rFonts w:asciiTheme="majorHAnsi" w:eastAsiaTheme="majorEastAsia" w:hAnsiTheme="majorHAnsi" w:cstheme="majorBidi"/>
      <w:i/>
      <w:iCs/>
      <w:color w:val="4F81BD" w:themeColor="accent1"/>
      <w:spacing w:val="15"/>
      <w:sz w:val="24"/>
      <w:szCs w:val="24"/>
    </w:rPr>
  </w:style>
  <w:style w:type="paragraph" w:styleId="ae">
    <w:name w:val="List Paragraph"/>
    <w:basedOn w:val="a1"/>
    <w:uiPriority w:val="1"/>
    <w:qFormat/>
    <w:rsid w:val="00FC693F"/>
    <w:pPr>
      <w:ind w:left="720"/>
      <w:contextualSpacing/>
    </w:pPr>
  </w:style>
  <w:style w:type="paragraph" w:styleId="af">
    <w:name w:val="Body Text"/>
    <w:basedOn w:val="a1"/>
    <w:link w:val="af0"/>
    <w:uiPriority w:val="99"/>
    <w:unhideWhenUsed/>
    <w:rsid w:val="00AA1D8D"/>
    <w:pPr>
      <w:spacing w:after="120"/>
    </w:pPr>
  </w:style>
  <w:style w:type="character" w:customStyle="1" w:styleId="af0">
    <w:name w:val="Основной текст Знак"/>
    <w:basedOn w:val="a2"/>
    <w:link w:val="af"/>
    <w:uiPriority w:val="99"/>
    <w:rsid w:val="00AA1D8D"/>
  </w:style>
  <w:style w:type="paragraph" w:styleId="23">
    <w:name w:val="Body Text 2"/>
    <w:basedOn w:val="a1"/>
    <w:link w:val="24"/>
    <w:uiPriority w:val="99"/>
    <w:unhideWhenUsed/>
    <w:rsid w:val="00AA1D8D"/>
    <w:pPr>
      <w:spacing w:after="120" w:line="480" w:lineRule="auto"/>
    </w:pPr>
  </w:style>
  <w:style w:type="character" w:customStyle="1" w:styleId="24">
    <w:name w:val="Основной текст 2 Знак"/>
    <w:basedOn w:val="a2"/>
    <w:link w:val="23"/>
    <w:uiPriority w:val="99"/>
    <w:rsid w:val="00AA1D8D"/>
  </w:style>
  <w:style w:type="paragraph" w:styleId="33">
    <w:name w:val="Body Text 3"/>
    <w:basedOn w:val="a1"/>
    <w:link w:val="34"/>
    <w:uiPriority w:val="99"/>
    <w:unhideWhenUsed/>
    <w:rsid w:val="00AA1D8D"/>
    <w:pPr>
      <w:spacing w:after="120"/>
    </w:pPr>
    <w:rPr>
      <w:sz w:val="16"/>
      <w:szCs w:val="16"/>
    </w:rPr>
  </w:style>
  <w:style w:type="character" w:customStyle="1" w:styleId="34">
    <w:name w:val="Основной текст 3 Знак"/>
    <w:basedOn w:val="a2"/>
    <w:link w:val="33"/>
    <w:uiPriority w:val="99"/>
    <w:rsid w:val="00AA1D8D"/>
    <w:rPr>
      <w:sz w:val="16"/>
      <w:szCs w:val="16"/>
    </w:rPr>
  </w:style>
  <w:style w:type="paragraph" w:styleId="af1">
    <w:name w:val="List"/>
    <w:basedOn w:val="a1"/>
    <w:uiPriority w:val="99"/>
    <w:unhideWhenUsed/>
    <w:rsid w:val="00AA1D8D"/>
    <w:pPr>
      <w:ind w:left="360" w:hanging="360"/>
      <w:contextualSpacing/>
    </w:pPr>
  </w:style>
  <w:style w:type="paragraph" w:styleId="25">
    <w:name w:val="List 2"/>
    <w:basedOn w:val="a1"/>
    <w:uiPriority w:val="99"/>
    <w:unhideWhenUsed/>
    <w:rsid w:val="00326F90"/>
    <w:pPr>
      <w:ind w:left="720" w:hanging="360"/>
      <w:contextualSpacing/>
    </w:pPr>
  </w:style>
  <w:style w:type="paragraph" w:styleId="35">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f2">
    <w:name w:val="List Continue"/>
    <w:basedOn w:val="a1"/>
    <w:uiPriority w:val="99"/>
    <w:unhideWhenUsed/>
    <w:rsid w:val="0029639D"/>
    <w:pPr>
      <w:spacing w:after="120"/>
      <w:ind w:left="360"/>
      <w:contextualSpacing/>
    </w:pPr>
  </w:style>
  <w:style w:type="paragraph" w:styleId="26">
    <w:name w:val="List Continue 2"/>
    <w:basedOn w:val="a1"/>
    <w:uiPriority w:val="99"/>
    <w:unhideWhenUsed/>
    <w:rsid w:val="0029639D"/>
    <w:pPr>
      <w:spacing w:after="120"/>
      <w:ind w:left="720"/>
      <w:contextualSpacing/>
    </w:pPr>
  </w:style>
  <w:style w:type="paragraph" w:styleId="36">
    <w:name w:val="List Continue 3"/>
    <w:basedOn w:val="a1"/>
    <w:uiPriority w:val="99"/>
    <w:unhideWhenUsed/>
    <w:rsid w:val="0029639D"/>
    <w:pPr>
      <w:spacing w:after="120"/>
      <w:ind w:left="1080"/>
      <w:contextualSpacing/>
    </w:pPr>
  </w:style>
  <w:style w:type="paragraph" w:styleId="af3">
    <w:name w:val="macro"/>
    <w:link w:val="af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af4">
    <w:name w:val="Текст макроса Знак"/>
    <w:basedOn w:val="a2"/>
    <w:link w:val="af3"/>
    <w:uiPriority w:val="99"/>
    <w:rsid w:val="0029639D"/>
    <w:rPr>
      <w:rFonts w:ascii="Courier" w:hAnsi="Courier"/>
      <w:sz w:val="20"/>
      <w:szCs w:val="20"/>
    </w:rPr>
  </w:style>
  <w:style w:type="paragraph" w:styleId="27">
    <w:name w:val="Quote"/>
    <w:basedOn w:val="a1"/>
    <w:next w:val="a1"/>
    <w:link w:val="28"/>
    <w:uiPriority w:val="29"/>
    <w:qFormat/>
    <w:rsid w:val="00FC693F"/>
    <w:rPr>
      <w:i/>
      <w:iCs/>
      <w:color w:val="000000" w:themeColor="text1"/>
    </w:rPr>
  </w:style>
  <w:style w:type="character" w:customStyle="1" w:styleId="28">
    <w:name w:val="Цитата 2 Знак"/>
    <w:basedOn w:val="a2"/>
    <w:link w:val="27"/>
    <w:uiPriority w:val="29"/>
    <w:rsid w:val="00FC693F"/>
    <w:rPr>
      <w:i/>
      <w:iCs/>
      <w:color w:val="000000" w:themeColor="text1"/>
    </w:rPr>
  </w:style>
  <w:style w:type="character" w:customStyle="1" w:styleId="40">
    <w:name w:val="Заголовок 4 Знак"/>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0">
    <w:name w:val="Заголовок 5 Знак"/>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0">
    <w:name w:val="Заголовок 6 Знак"/>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0">
    <w:name w:val="Заголовок 7 Знак"/>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0">
    <w:name w:val="Заголовок 8 Знак"/>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0">
    <w:name w:val="Заголовок 9 Знак"/>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5">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6">
    <w:name w:val="Strong"/>
    <w:basedOn w:val="a2"/>
    <w:uiPriority w:val="22"/>
    <w:qFormat/>
    <w:rsid w:val="00FC693F"/>
    <w:rPr>
      <w:b/>
      <w:bCs/>
    </w:rPr>
  </w:style>
  <w:style w:type="character" w:styleId="af7">
    <w:name w:val="Emphasis"/>
    <w:basedOn w:val="a2"/>
    <w:uiPriority w:val="20"/>
    <w:qFormat/>
    <w:rsid w:val="00FC693F"/>
    <w:rPr>
      <w:i/>
      <w:iCs/>
    </w:rPr>
  </w:style>
  <w:style w:type="paragraph" w:styleId="af8">
    <w:name w:val="Intense Quote"/>
    <w:basedOn w:val="a1"/>
    <w:next w:val="a1"/>
    <w:link w:val="af9"/>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af9">
    <w:name w:val="Выделенная цитата Знак"/>
    <w:basedOn w:val="a2"/>
    <w:link w:val="af8"/>
    <w:uiPriority w:val="30"/>
    <w:rsid w:val="00FC693F"/>
    <w:rPr>
      <w:b/>
      <w:bCs/>
      <w:i/>
      <w:iCs/>
      <w:color w:val="4F81BD" w:themeColor="accent1"/>
    </w:rPr>
  </w:style>
  <w:style w:type="character" w:styleId="afa">
    <w:name w:val="Subtle Emphasis"/>
    <w:basedOn w:val="a2"/>
    <w:uiPriority w:val="19"/>
    <w:qFormat/>
    <w:rsid w:val="00FC693F"/>
    <w:rPr>
      <w:i/>
      <w:iCs/>
      <w:color w:val="808080" w:themeColor="text1" w:themeTint="7F"/>
    </w:rPr>
  </w:style>
  <w:style w:type="character" w:styleId="afb">
    <w:name w:val="Intense Emphasis"/>
    <w:basedOn w:val="a2"/>
    <w:uiPriority w:val="21"/>
    <w:qFormat/>
    <w:rsid w:val="00FC693F"/>
    <w:rPr>
      <w:b/>
      <w:bCs/>
      <w:i/>
      <w:iCs/>
      <w:color w:val="4F81BD" w:themeColor="accent1"/>
    </w:rPr>
  </w:style>
  <w:style w:type="character" w:styleId="afc">
    <w:name w:val="Subtle Reference"/>
    <w:basedOn w:val="a2"/>
    <w:uiPriority w:val="31"/>
    <w:qFormat/>
    <w:rsid w:val="00FC693F"/>
    <w:rPr>
      <w:smallCaps/>
      <w:color w:val="C0504D" w:themeColor="accent2"/>
      <w:u w:val="single"/>
    </w:rPr>
  </w:style>
  <w:style w:type="character" w:styleId="afd">
    <w:name w:val="Intense Reference"/>
    <w:basedOn w:val="a2"/>
    <w:uiPriority w:val="32"/>
    <w:qFormat/>
    <w:rsid w:val="00FC693F"/>
    <w:rPr>
      <w:b/>
      <w:bCs/>
      <w:smallCaps/>
      <w:color w:val="C0504D" w:themeColor="accent2"/>
      <w:spacing w:val="5"/>
      <w:u w:val="single"/>
    </w:rPr>
  </w:style>
  <w:style w:type="character" w:styleId="afe">
    <w:name w:val="Book Title"/>
    <w:basedOn w:val="a2"/>
    <w:uiPriority w:val="33"/>
    <w:qFormat/>
    <w:rsid w:val="00FC693F"/>
    <w:rPr>
      <w:b/>
      <w:bCs/>
      <w:smallCaps/>
      <w:spacing w:val="5"/>
    </w:rPr>
  </w:style>
  <w:style w:type="paragraph" w:styleId="aff">
    <w:name w:val="TOC Heading"/>
    <w:basedOn w:val="1"/>
    <w:next w:val="a1"/>
    <w:uiPriority w:val="39"/>
    <w:semiHidden/>
    <w:unhideWhenUsed/>
    <w:qFormat/>
    <w:rsid w:val="00FC693F"/>
    <w:pPr>
      <w:outlineLvl w:val="9"/>
    </w:pPr>
  </w:style>
  <w:style w:type="table" w:styleId="aff0">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f1">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f2">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f3">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1">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9">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2">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a">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3">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b">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7">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f4">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f5">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6">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7">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043216204">
      <w:bodyDiv w:val="1"/>
      <w:marLeft w:val="0"/>
      <w:marRight w:val="0"/>
      <w:marTop w:val="0"/>
      <w:marBottom w:val="0"/>
      <w:divBdr>
        <w:top w:val="none" w:sz="0" w:space="0" w:color="auto"/>
        <w:left w:val="none" w:sz="0" w:space="0" w:color="auto"/>
        <w:bottom w:val="none" w:sz="0" w:space="0" w:color="auto"/>
        <w:right w:val="none" w:sz="0" w:space="0" w:color="auto"/>
      </w:divBdr>
    </w:div>
    <w:div w:id="1806242189">
      <w:bodyDiv w:val="1"/>
      <w:marLeft w:val="0"/>
      <w:marRight w:val="0"/>
      <w:marTop w:val="0"/>
      <w:marBottom w:val="0"/>
      <w:divBdr>
        <w:top w:val="none" w:sz="0" w:space="0" w:color="auto"/>
        <w:left w:val="none" w:sz="0" w:space="0" w:color="auto"/>
        <w:bottom w:val="none" w:sz="0" w:space="0" w:color="auto"/>
        <w:right w:val="none" w:sz="0" w:space="0" w:color="auto"/>
      </w:divBdr>
    </w:div>
    <w:div w:id="2080663098">
      <w:bodyDiv w:val="1"/>
      <w:marLeft w:val="0"/>
      <w:marRight w:val="0"/>
      <w:marTop w:val="0"/>
      <w:marBottom w:val="0"/>
      <w:divBdr>
        <w:top w:val="none" w:sz="0" w:space="0" w:color="auto"/>
        <w:left w:val="none" w:sz="0" w:space="0" w:color="auto"/>
        <w:bottom w:val="none" w:sz="0" w:space="0" w:color="auto"/>
        <w:right w:val="none" w:sz="0" w:space="0" w:color="auto"/>
      </w:divBdr>
      <w:divsChild>
        <w:div w:id="413940421">
          <w:marLeft w:val="0"/>
          <w:marRight w:val="0"/>
          <w:marTop w:val="180"/>
          <w:marBottom w:val="240"/>
          <w:divBdr>
            <w:top w:val="none" w:sz="0" w:space="0" w:color="auto"/>
            <w:left w:val="none" w:sz="0" w:space="0" w:color="auto"/>
            <w:bottom w:val="none" w:sz="0" w:space="0" w:color="auto"/>
            <w:right w:val="none" w:sz="0" w:space="0" w:color="auto"/>
          </w:divBdr>
        </w:div>
        <w:div w:id="1073892822">
          <w:marLeft w:val="0"/>
          <w:marRight w:val="0"/>
          <w:marTop w:val="180"/>
          <w:marBottom w:val="240"/>
          <w:divBdr>
            <w:top w:val="none" w:sz="0" w:space="0" w:color="auto"/>
            <w:left w:val="none" w:sz="0" w:space="0" w:color="auto"/>
            <w:bottom w:val="none" w:sz="0" w:space="0" w:color="auto"/>
            <w:right w:val="none" w:sz="0" w:space="0" w:color="auto"/>
          </w:divBdr>
        </w:div>
        <w:div w:id="996762534">
          <w:marLeft w:val="0"/>
          <w:marRight w:val="0"/>
          <w:marTop w:val="360"/>
          <w:marBottom w:val="180"/>
          <w:divBdr>
            <w:top w:val="none" w:sz="0" w:space="0" w:color="auto"/>
            <w:left w:val="none" w:sz="0" w:space="0" w:color="auto"/>
            <w:bottom w:val="none" w:sz="0" w:space="0" w:color="auto"/>
            <w:right w:val="none" w:sz="0" w:space="0" w:color="auto"/>
          </w:divBdr>
        </w:div>
        <w:div w:id="256716121">
          <w:marLeft w:val="0"/>
          <w:marRight w:val="0"/>
          <w:marTop w:val="180"/>
          <w:marBottom w:val="240"/>
          <w:divBdr>
            <w:top w:val="none" w:sz="0" w:space="0" w:color="auto"/>
            <w:left w:val="none" w:sz="0" w:space="0" w:color="auto"/>
            <w:bottom w:val="none" w:sz="0" w:space="0" w:color="auto"/>
            <w:right w:val="none" w:sz="0" w:space="0" w:color="auto"/>
          </w:divBdr>
        </w:div>
        <w:div w:id="1185627929">
          <w:marLeft w:val="0"/>
          <w:marRight w:val="0"/>
          <w:marTop w:val="180"/>
          <w:marBottom w:val="240"/>
          <w:divBdr>
            <w:top w:val="none" w:sz="0" w:space="0" w:color="auto"/>
            <w:left w:val="none" w:sz="0" w:space="0" w:color="auto"/>
            <w:bottom w:val="none" w:sz="0" w:space="0" w:color="auto"/>
            <w:right w:val="none" w:sz="0" w:space="0" w:color="auto"/>
          </w:divBdr>
        </w:div>
        <w:div w:id="815147178">
          <w:marLeft w:val="0"/>
          <w:marRight w:val="0"/>
          <w:marTop w:val="180"/>
          <w:marBottom w:val="240"/>
          <w:divBdr>
            <w:top w:val="none" w:sz="0" w:space="0" w:color="auto"/>
            <w:left w:val="none" w:sz="0" w:space="0" w:color="auto"/>
            <w:bottom w:val="none" w:sz="0" w:space="0" w:color="auto"/>
            <w:right w:val="none" w:sz="0" w:space="0" w:color="auto"/>
          </w:divBdr>
        </w:div>
        <w:div w:id="136607000">
          <w:marLeft w:val="0"/>
          <w:marRight w:val="0"/>
          <w:marTop w:val="60"/>
          <w:marBottom w:val="180"/>
          <w:divBdr>
            <w:top w:val="none" w:sz="0" w:space="0" w:color="auto"/>
            <w:left w:val="none" w:sz="0" w:space="0" w:color="auto"/>
            <w:bottom w:val="none" w:sz="0" w:space="0" w:color="auto"/>
            <w:right w:val="none" w:sz="0" w:space="0" w:color="auto"/>
          </w:divBdr>
        </w:div>
        <w:div w:id="1373992196">
          <w:marLeft w:val="0"/>
          <w:marRight w:val="0"/>
          <w:marTop w:val="180"/>
          <w:marBottom w:val="240"/>
          <w:divBdr>
            <w:top w:val="none" w:sz="0" w:space="0" w:color="auto"/>
            <w:left w:val="none" w:sz="0" w:space="0" w:color="auto"/>
            <w:bottom w:val="none" w:sz="0" w:space="0" w:color="auto"/>
            <w:right w:val="none" w:sz="0" w:space="0" w:color="auto"/>
          </w:divBdr>
        </w:div>
        <w:div w:id="876897081">
          <w:marLeft w:val="0"/>
          <w:marRight w:val="0"/>
          <w:marTop w:val="180"/>
          <w:marBottom w:val="240"/>
          <w:divBdr>
            <w:top w:val="none" w:sz="0" w:space="0" w:color="auto"/>
            <w:left w:val="none" w:sz="0" w:space="0" w:color="auto"/>
            <w:bottom w:val="none" w:sz="0" w:space="0" w:color="auto"/>
            <w:right w:val="none" w:sz="0" w:space="0" w:color="auto"/>
          </w:divBdr>
        </w:div>
        <w:div w:id="844978272">
          <w:marLeft w:val="0"/>
          <w:marRight w:val="0"/>
          <w:marTop w:val="180"/>
          <w:marBottom w:val="24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AB2B34F-A574-4AA6-8895-6375FDB5CB2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73</TotalTime>
  <Pages>10</Pages>
  <Words>4177</Words>
  <Characters>23815</Characters>
  <Application>Microsoft Office Word</Application>
  <DocSecurity>0</DocSecurity>
  <Lines>198</Lines>
  <Paragraphs>55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Manager/>
  <Company/>
  <LinksUpToDate>false</LinksUpToDate>
  <CharactersWithSpaces>27937</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Волокитин Валентин Александрович</cp:lastModifiedBy>
  <cp:revision>5</cp:revision>
  <dcterms:created xsi:type="dcterms:W3CDTF">2026-10-14T06:15:00Z</dcterms:created>
  <dcterms:modified xsi:type="dcterms:W3CDTF">2026-10-15T04:40:00Z</dcterms:modified>
  <cp:category/>
</cp:coreProperties>
</file>